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9806A" w14:textId="77777777" w:rsidR="005F050E" w:rsidRDefault="005F050E" w:rsidP="005F050E">
      <w:pPr>
        <w:tabs>
          <w:tab w:val="left" w:pos="864"/>
          <w:tab w:val="center" w:pos="4320"/>
        </w:tabs>
        <w:spacing w:line="480" w:lineRule="auto"/>
        <w:rPr>
          <w:rFonts w:ascii="Arial" w:hAnsi="Arial" w:cs="Arial"/>
          <w:b/>
          <w:bCs/>
          <w:sz w:val="22"/>
          <w:lang w:val="es-ES"/>
        </w:rPr>
      </w:pPr>
      <w:bookmarkStart w:id="0" w:name="_Hlk239400280"/>
      <w:r w:rsidRPr="00AE7EFE">
        <w:rPr>
          <w:rFonts w:ascii="Arial" w:hAnsi="Arial" w:cs="Arial"/>
          <w:b/>
          <w:bCs/>
          <w:noProof/>
          <w:sz w:val="22"/>
          <w:lang w:val="es-ES"/>
        </w:rPr>
        <w:drawing>
          <wp:anchor distT="0" distB="0" distL="114300" distR="114300" simplePos="0" relativeHeight="251664384" behindDoc="1" locked="0" layoutInCell="1" allowOverlap="1" wp14:anchorId="09F57EFB" wp14:editId="2A150E45">
            <wp:simplePos x="0" y="0"/>
            <wp:positionH relativeFrom="column">
              <wp:posOffset>-241300</wp:posOffset>
            </wp:positionH>
            <wp:positionV relativeFrom="paragraph">
              <wp:posOffset>-596265</wp:posOffset>
            </wp:positionV>
            <wp:extent cx="2314800" cy="1425600"/>
            <wp:effectExtent l="0" t="0" r="9525" b="3175"/>
            <wp:wrapNone/>
            <wp:docPr id="2961067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1067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14800" cy="14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66E9">
        <w:rPr>
          <w:rFonts w:ascii="Arial" w:hAnsi="Arial" w:cs="Arial"/>
          <w:b/>
          <w:bCs/>
          <w:noProof/>
          <w:sz w:val="22"/>
          <w:lang w:eastAsia="es-HN"/>
        </w:rPr>
        <w:drawing>
          <wp:anchor distT="0" distB="0" distL="114300" distR="114300" simplePos="0" relativeHeight="251662336" behindDoc="1" locked="0" layoutInCell="1" allowOverlap="1" wp14:anchorId="04D1318E" wp14:editId="6866C8CF">
            <wp:simplePos x="0" y="0"/>
            <wp:positionH relativeFrom="margin">
              <wp:posOffset>4057015</wp:posOffset>
            </wp:positionH>
            <wp:positionV relativeFrom="margin">
              <wp:posOffset>-457200</wp:posOffset>
            </wp:positionV>
            <wp:extent cx="1173480" cy="1151890"/>
            <wp:effectExtent l="0" t="0" r="7620" b="0"/>
            <wp:wrapNone/>
            <wp:docPr id="640405787" name="Picture 2" descr="A blue circle with white text and birds and a dna str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05787" name="Picture 2" descr="A blue circle with white text and birds and a dna stra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A329E31" wp14:editId="12EB9459">
            <wp:simplePos x="0" y="0"/>
            <wp:positionH relativeFrom="column">
              <wp:posOffset>2006600</wp:posOffset>
            </wp:positionH>
            <wp:positionV relativeFrom="paragraph">
              <wp:posOffset>-547370</wp:posOffset>
            </wp:positionV>
            <wp:extent cx="1461135" cy="1356995"/>
            <wp:effectExtent l="0" t="0" r="5715" b="0"/>
            <wp:wrapNone/>
            <wp:docPr id="677169403" name="Imagen 3" descr="Facultad de Ciencias - UNAH (@ciencias.unah.edu.hn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acultad de Ciencias - UNAH (@ciencias.unah.edu.hn) • Facebo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2"/>
          <w:lang w:val="es-ES"/>
        </w:rPr>
        <w:tab/>
      </w:r>
      <w:r>
        <w:rPr>
          <w:rFonts w:ascii="Arial" w:hAnsi="Arial" w:cs="Arial"/>
          <w:b/>
          <w:bCs/>
          <w:sz w:val="22"/>
          <w:lang w:val="es-ES"/>
        </w:rPr>
        <w:tab/>
      </w:r>
    </w:p>
    <w:p w14:paraId="70F03B12" w14:textId="77777777" w:rsidR="005F050E" w:rsidRDefault="005F050E" w:rsidP="005F050E">
      <w:pPr>
        <w:tabs>
          <w:tab w:val="left" w:pos="7400"/>
        </w:tabs>
        <w:spacing w:line="480" w:lineRule="auto"/>
        <w:rPr>
          <w:rFonts w:ascii="Arial" w:hAnsi="Arial" w:cs="Arial"/>
          <w:b/>
          <w:bCs/>
          <w:sz w:val="22"/>
          <w:lang w:val="es-ES"/>
        </w:rPr>
      </w:pPr>
      <w:r>
        <w:rPr>
          <w:rFonts w:ascii="Arial" w:hAnsi="Arial" w:cs="Arial"/>
          <w:b/>
          <w:bCs/>
          <w:sz w:val="22"/>
          <w:lang w:val="es-ES"/>
        </w:rPr>
        <w:tab/>
      </w:r>
    </w:p>
    <w:bookmarkEnd w:id="0"/>
    <w:p w14:paraId="2D5987F2" w14:textId="77777777" w:rsidR="002001CD" w:rsidRPr="001E66E9" w:rsidRDefault="002001CD" w:rsidP="002001CD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Universidad </w:t>
      </w:r>
      <w:r>
        <w:rPr>
          <w:rFonts w:ascii="Arial" w:hAnsi="Arial" w:cs="Arial"/>
          <w:b/>
          <w:bCs/>
          <w:sz w:val="22"/>
          <w:lang w:val="es-ES"/>
        </w:rPr>
        <w:t>N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acional </w:t>
      </w:r>
      <w:r>
        <w:rPr>
          <w:rFonts w:ascii="Arial" w:hAnsi="Arial" w:cs="Arial"/>
          <w:b/>
          <w:bCs/>
          <w:sz w:val="22"/>
          <w:lang w:val="es-ES"/>
        </w:rPr>
        <w:t>A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utónoma de </w:t>
      </w:r>
      <w:r>
        <w:rPr>
          <w:rFonts w:ascii="Arial" w:hAnsi="Arial" w:cs="Arial"/>
          <w:b/>
          <w:bCs/>
          <w:sz w:val="22"/>
          <w:lang w:val="es-ES"/>
        </w:rPr>
        <w:t>H</w:t>
      </w:r>
      <w:r w:rsidRPr="001E66E9">
        <w:rPr>
          <w:rFonts w:ascii="Arial" w:hAnsi="Arial" w:cs="Arial"/>
          <w:b/>
          <w:bCs/>
          <w:sz w:val="22"/>
          <w:lang w:val="es-ES"/>
        </w:rPr>
        <w:t>onduras</w:t>
      </w:r>
    </w:p>
    <w:p w14:paraId="5EC12874" w14:textId="77777777" w:rsidR="002001CD" w:rsidRPr="001E66E9" w:rsidRDefault="002001CD" w:rsidP="002001CD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Facultad de </w:t>
      </w:r>
      <w:r>
        <w:rPr>
          <w:rFonts w:ascii="Arial" w:hAnsi="Arial" w:cs="Arial"/>
          <w:b/>
          <w:bCs/>
          <w:sz w:val="22"/>
          <w:lang w:val="es-ES"/>
        </w:rPr>
        <w:t>C</w:t>
      </w:r>
      <w:r w:rsidRPr="001E66E9">
        <w:rPr>
          <w:rFonts w:ascii="Arial" w:hAnsi="Arial" w:cs="Arial"/>
          <w:b/>
          <w:bCs/>
          <w:sz w:val="22"/>
          <w:lang w:val="es-ES"/>
        </w:rPr>
        <w:t>iencias</w:t>
      </w:r>
    </w:p>
    <w:p w14:paraId="3339C64E" w14:textId="77777777" w:rsidR="002001CD" w:rsidRPr="001E66E9" w:rsidRDefault="002001CD" w:rsidP="002001CD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Carrera de </w:t>
      </w:r>
      <w:r>
        <w:rPr>
          <w:rFonts w:ascii="Arial" w:hAnsi="Arial" w:cs="Arial"/>
          <w:b/>
          <w:bCs/>
          <w:sz w:val="22"/>
          <w:lang w:val="es-ES"/>
        </w:rPr>
        <w:t>B</w:t>
      </w:r>
      <w:r w:rsidRPr="001E66E9">
        <w:rPr>
          <w:rFonts w:ascii="Arial" w:hAnsi="Arial" w:cs="Arial"/>
          <w:b/>
          <w:bCs/>
          <w:sz w:val="22"/>
          <w:lang w:val="es-ES"/>
        </w:rPr>
        <w:t>iología</w:t>
      </w:r>
    </w:p>
    <w:p w14:paraId="42E2EAA3" w14:textId="650181C3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sz w:val="22"/>
          <w:lang w:val="es-ES"/>
        </w:rPr>
      </w:pPr>
    </w:p>
    <w:p w14:paraId="1650562B" w14:textId="05662016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u w:val="single"/>
          <w:lang w:val="es-ES"/>
        </w:rPr>
        <w:t>Primer Informe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 mensual de Práctica Profesional Supervisada</w:t>
      </w:r>
    </w:p>
    <w:p w14:paraId="450A6414" w14:textId="132A8092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7 julio – 7 agosto 2025</w:t>
      </w:r>
    </w:p>
    <w:p w14:paraId="23067921" w14:textId="52AE2826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Practicante: ____________________________________</w:t>
      </w:r>
    </w:p>
    <w:p w14:paraId="4A61A1BB" w14:textId="77777777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Número de Cuenta: _______________________________</w:t>
      </w:r>
    </w:p>
    <w:p w14:paraId="1E866C5C" w14:textId="77777777" w:rsidR="00F02060" w:rsidRPr="001E66E9" w:rsidRDefault="00F02060" w:rsidP="001E66E9">
      <w:pPr>
        <w:spacing w:line="480" w:lineRule="auto"/>
        <w:rPr>
          <w:rFonts w:ascii="Arial" w:hAnsi="Arial" w:cs="Arial"/>
          <w:sz w:val="22"/>
          <w:lang w:val="es-ES"/>
        </w:rPr>
      </w:pPr>
    </w:p>
    <w:p w14:paraId="25F7CEB4" w14:textId="77777777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Institución de Práctica:</w:t>
      </w:r>
    </w:p>
    <w:p w14:paraId="2EC19B98" w14:textId="77777777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_________________________________________________________</w:t>
      </w:r>
    </w:p>
    <w:p w14:paraId="5290EB97" w14:textId="77777777" w:rsidR="00F02060" w:rsidRDefault="00F02060" w:rsidP="001E66E9">
      <w:pPr>
        <w:spacing w:line="480" w:lineRule="auto"/>
        <w:rPr>
          <w:rFonts w:ascii="Arial" w:hAnsi="Arial" w:cs="Arial"/>
          <w:sz w:val="22"/>
          <w:lang w:val="es-ES"/>
        </w:rPr>
      </w:pPr>
    </w:p>
    <w:p w14:paraId="5AC534E1" w14:textId="77777777" w:rsidR="00BC0A51" w:rsidRPr="001E66E9" w:rsidRDefault="00BC0A51" w:rsidP="001E66E9">
      <w:pPr>
        <w:spacing w:line="480" w:lineRule="auto"/>
        <w:rPr>
          <w:rFonts w:ascii="Arial" w:hAnsi="Arial" w:cs="Arial"/>
          <w:sz w:val="22"/>
          <w:lang w:val="es-ES"/>
        </w:rPr>
      </w:pPr>
    </w:p>
    <w:p w14:paraId="09C8B31A" w14:textId="77777777" w:rsidR="00F02060" w:rsidRPr="001E66E9" w:rsidRDefault="00F02060" w:rsidP="00B10488">
      <w:pPr>
        <w:spacing w:after="0" w:line="480" w:lineRule="auto"/>
        <w:rPr>
          <w:rFonts w:ascii="Arial" w:hAnsi="Arial" w:cs="Arial"/>
          <w:sz w:val="22"/>
          <w:lang w:val="es-ES"/>
        </w:rPr>
      </w:pPr>
      <w:r w:rsidRPr="001E66E9">
        <w:rPr>
          <w:rFonts w:ascii="Arial" w:hAnsi="Arial" w:cs="Arial"/>
          <w:noProof/>
          <w:sz w:val="22"/>
          <w:lang w:eastAsia="es-H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B6B0D" wp14:editId="4246A4D1">
                <wp:simplePos x="0" y="0"/>
                <wp:positionH relativeFrom="column">
                  <wp:posOffset>3177743</wp:posOffset>
                </wp:positionH>
                <wp:positionV relativeFrom="paragraph">
                  <wp:posOffset>198120</wp:posOffset>
                </wp:positionV>
                <wp:extent cx="2771775" cy="0"/>
                <wp:effectExtent l="0" t="0" r="28575" b="19050"/>
                <wp:wrapNone/>
                <wp:docPr id="23894517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FE4AA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2pt,15.6pt" to="468.4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" strokecolor="black [3213]"/>
            </w:pict>
          </mc:Fallback>
        </mc:AlternateContent>
      </w:r>
      <w:r w:rsidRPr="001E66E9">
        <w:rPr>
          <w:rFonts w:ascii="Arial" w:hAnsi="Arial" w:cs="Arial"/>
          <w:noProof/>
          <w:sz w:val="22"/>
          <w:lang w:eastAsia="es-H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DD0A0" wp14:editId="17A956C8">
                <wp:simplePos x="0" y="0"/>
                <wp:positionH relativeFrom="column">
                  <wp:posOffset>26035</wp:posOffset>
                </wp:positionH>
                <wp:positionV relativeFrom="paragraph">
                  <wp:posOffset>191338</wp:posOffset>
                </wp:positionV>
                <wp:extent cx="2772383" cy="0"/>
                <wp:effectExtent l="0" t="0" r="28575" b="19050"/>
                <wp:wrapNone/>
                <wp:docPr id="32996562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23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76845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05pt,15.05pt" to="220.3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" strokecolor="black [3213]"/>
            </w:pict>
          </mc:Fallback>
        </mc:AlternateContent>
      </w:r>
    </w:p>
    <w:p w14:paraId="738B9CD9" w14:textId="7D8E4B40" w:rsidR="00F02060" w:rsidRPr="001E66E9" w:rsidRDefault="00F02060" w:rsidP="00B10488">
      <w:pPr>
        <w:spacing w:after="0" w:line="360" w:lineRule="auto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M.Sc. XXXXXXXXXXXXXXXXXXX </w:t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="00B10488">
        <w:rPr>
          <w:rFonts w:ascii="Arial" w:hAnsi="Arial" w:cs="Arial"/>
          <w:b/>
          <w:bCs/>
          <w:sz w:val="22"/>
          <w:lang w:val="es-ES"/>
        </w:rPr>
        <w:t xml:space="preserve">             </w:t>
      </w:r>
      <w:proofErr w:type="spellStart"/>
      <w:r w:rsidRPr="001E66E9">
        <w:rPr>
          <w:rFonts w:ascii="Arial" w:hAnsi="Arial" w:cs="Arial"/>
          <w:b/>
          <w:bCs/>
          <w:sz w:val="22"/>
          <w:lang w:val="es-ES"/>
        </w:rPr>
        <w:t>M.Sc</w:t>
      </w:r>
      <w:proofErr w:type="spellEnd"/>
      <w:r w:rsidRPr="001E66E9">
        <w:rPr>
          <w:rFonts w:ascii="Arial" w:hAnsi="Arial" w:cs="Arial"/>
          <w:b/>
          <w:bCs/>
          <w:sz w:val="22"/>
          <w:lang w:val="es-ES"/>
        </w:rPr>
        <w:t>. XXXXXXXXXXXXXXXXX</w:t>
      </w:r>
    </w:p>
    <w:p w14:paraId="0525C2C5" w14:textId="1CAAE53C" w:rsidR="00F02060" w:rsidRPr="001E66E9" w:rsidRDefault="00F02060" w:rsidP="00B10488">
      <w:pPr>
        <w:spacing w:after="0" w:line="360" w:lineRule="auto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Supervisor de Práctica </w:t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  <w:t>Asesor de Práctica</w:t>
      </w:r>
    </w:p>
    <w:p w14:paraId="771D3D2A" w14:textId="77777777" w:rsidR="00B10488" w:rsidRDefault="00B10488" w:rsidP="001E66E9">
      <w:pPr>
        <w:spacing w:line="480" w:lineRule="auto"/>
        <w:rPr>
          <w:rFonts w:ascii="Arial" w:hAnsi="Arial" w:cs="Arial"/>
          <w:b/>
          <w:bCs/>
          <w:sz w:val="22"/>
          <w:lang w:val="es-ES"/>
        </w:rPr>
      </w:pPr>
    </w:p>
    <w:p w14:paraId="36220FCD" w14:textId="77777777" w:rsidR="0070504A" w:rsidRDefault="0070504A" w:rsidP="001E66E9">
      <w:pPr>
        <w:spacing w:line="480" w:lineRule="auto"/>
        <w:rPr>
          <w:rFonts w:ascii="Arial" w:hAnsi="Arial" w:cs="Arial"/>
          <w:b/>
          <w:bCs/>
          <w:sz w:val="22"/>
          <w:lang w:val="es-ES"/>
        </w:rPr>
      </w:pPr>
    </w:p>
    <w:p w14:paraId="71FF2D17" w14:textId="5BFDE409" w:rsidR="00F02060" w:rsidRPr="001E66E9" w:rsidRDefault="00F02060" w:rsidP="001E66E9">
      <w:pPr>
        <w:spacing w:line="480" w:lineRule="auto"/>
        <w:rPr>
          <w:rFonts w:ascii="Arial" w:hAnsi="Arial" w:cs="Arial"/>
          <w:sz w:val="22"/>
          <w:u w:val="single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Tegucigalpa, M.D.C., Francisco Morazán</w:t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u w:val="single"/>
          <w:lang w:val="es-ES"/>
        </w:rPr>
        <w:t>día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 de </w:t>
      </w:r>
      <w:r w:rsidRPr="001E66E9">
        <w:rPr>
          <w:rFonts w:ascii="Arial" w:hAnsi="Arial" w:cs="Arial"/>
          <w:b/>
          <w:bCs/>
          <w:sz w:val="22"/>
          <w:u w:val="single"/>
          <w:lang w:val="es-ES"/>
        </w:rPr>
        <w:t>mes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 de </w:t>
      </w:r>
      <w:r w:rsidRPr="001E66E9">
        <w:rPr>
          <w:rFonts w:ascii="Arial" w:hAnsi="Arial" w:cs="Arial"/>
          <w:b/>
          <w:bCs/>
          <w:sz w:val="22"/>
          <w:u w:val="single"/>
          <w:lang w:val="es-ES"/>
        </w:rPr>
        <w:t>2025</w:t>
      </w:r>
    </w:p>
    <w:p w14:paraId="21DBBE39" w14:textId="77777777" w:rsidR="003D56F0" w:rsidRPr="003D56F0" w:rsidRDefault="003D56F0" w:rsidP="001E66E9">
      <w:pPr>
        <w:spacing w:after="0" w:line="480" w:lineRule="auto"/>
        <w:rPr>
          <w:rFonts w:ascii="Arial" w:hAnsi="Arial" w:cs="Arial"/>
          <w:b/>
          <w:bCs/>
          <w:sz w:val="22"/>
          <w:lang w:val="es-HN"/>
        </w:rPr>
      </w:pPr>
      <w:r w:rsidRPr="003D56F0">
        <w:rPr>
          <w:rFonts w:ascii="Arial" w:hAnsi="Arial" w:cs="Arial"/>
          <w:b/>
          <w:bCs/>
          <w:sz w:val="22"/>
          <w:lang w:val="es-HN"/>
        </w:rPr>
        <w:lastRenderedPageBreak/>
        <w:t>1. Nombre completo del practicante:</w:t>
      </w:r>
    </w:p>
    <w:p w14:paraId="061D6528" w14:textId="77777777" w:rsidR="003D56F0" w:rsidRPr="003D56F0" w:rsidRDefault="002001CD" w:rsidP="001E66E9">
      <w:pPr>
        <w:spacing w:after="0" w:line="480" w:lineRule="auto"/>
        <w:rPr>
          <w:rFonts w:ascii="Arial" w:hAnsi="Arial" w:cs="Arial"/>
          <w:sz w:val="22"/>
          <w:lang w:val="es-HN"/>
        </w:rPr>
      </w:pPr>
      <w:r>
        <w:rPr>
          <w:rFonts w:ascii="Arial" w:hAnsi="Arial" w:cs="Arial"/>
          <w:sz w:val="22"/>
          <w:lang w:val="es-HN"/>
        </w:rPr>
        <w:pict w14:anchorId="461D6C9B">
          <v:rect id="_x0000_i1025" style="width:0;height:1.5pt" o:hralign="center" o:hrstd="t" o:hr="t" fillcolor="#a0a0a0" stroked="f"/>
        </w:pict>
      </w:r>
    </w:p>
    <w:p w14:paraId="30BE57D8" w14:textId="77777777" w:rsidR="003D56F0" w:rsidRPr="003D56F0" w:rsidRDefault="003D56F0" w:rsidP="001E66E9">
      <w:pPr>
        <w:spacing w:after="0" w:line="480" w:lineRule="auto"/>
        <w:rPr>
          <w:rFonts w:ascii="Arial" w:hAnsi="Arial" w:cs="Arial"/>
          <w:b/>
          <w:bCs/>
          <w:sz w:val="22"/>
          <w:lang w:val="es-HN"/>
        </w:rPr>
      </w:pPr>
      <w:r w:rsidRPr="003D56F0">
        <w:rPr>
          <w:rFonts w:ascii="Arial" w:hAnsi="Arial" w:cs="Arial"/>
          <w:b/>
          <w:bCs/>
          <w:sz w:val="22"/>
          <w:lang w:val="es-HN"/>
        </w:rPr>
        <w:t>2. Institución donde se desarrolla la práctica profesional:</w:t>
      </w:r>
    </w:p>
    <w:p w14:paraId="113CC8AC" w14:textId="77777777" w:rsidR="003D56F0" w:rsidRPr="003D56F0" w:rsidRDefault="002001CD" w:rsidP="001E66E9">
      <w:pPr>
        <w:spacing w:after="0" w:line="480" w:lineRule="auto"/>
        <w:rPr>
          <w:rFonts w:ascii="Arial" w:hAnsi="Arial" w:cs="Arial"/>
          <w:sz w:val="22"/>
          <w:lang w:val="es-HN"/>
        </w:rPr>
      </w:pPr>
      <w:r>
        <w:rPr>
          <w:rFonts w:ascii="Arial" w:hAnsi="Arial" w:cs="Arial"/>
          <w:sz w:val="22"/>
          <w:lang w:val="es-HN"/>
        </w:rPr>
        <w:pict w14:anchorId="71DC4AFA">
          <v:rect id="_x0000_i1026" style="width:0;height:1.5pt" o:hralign="center" o:hrstd="t" o:hr="t" fillcolor="#a0a0a0" stroked="f"/>
        </w:pict>
      </w:r>
    </w:p>
    <w:p w14:paraId="63EB21BC" w14:textId="77777777" w:rsidR="003D56F0" w:rsidRPr="003D56F0" w:rsidRDefault="003D56F0" w:rsidP="001E66E9">
      <w:pPr>
        <w:spacing w:after="0" w:line="480" w:lineRule="auto"/>
        <w:rPr>
          <w:rFonts w:ascii="Arial" w:hAnsi="Arial" w:cs="Arial"/>
          <w:b/>
          <w:bCs/>
          <w:sz w:val="22"/>
          <w:lang w:val="es-HN"/>
        </w:rPr>
      </w:pPr>
      <w:r w:rsidRPr="003D56F0">
        <w:rPr>
          <w:rFonts w:ascii="Arial" w:hAnsi="Arial" w:cs="Arial"/>
          <w:b/>
          <w:bCs/>
          <w:sz w:val="22"/>
          <w:lang w:val="es-HN"/>
        </w:rPr>
        <w:t>3. Mes correspondiente al informe:</w:t>
      </w:r>
    </w:p>
    <w:p w14:paraId="4E7A0C6D" w14:textId="77777777" w:rsidR="003D56F0" w:rsidRPr="003D56F0" w:rsidRDefault="002001CD" w:rsidP="001E66E9">
      <w:pPr>
        <w:spacing w:after="0" w:line="480" w:lineRule="auto"/>
        <w:rPr>
          <w:rFonts w:ascii="Arial" w:hAnsi="Arial" w:cs="Arial"/>
          <w:sz w:val="22"/>
          <w:lang w:val="es-HN"/>
        </w:rPr>
      </w:pPr>
      <w:r>
        <w:rPr>
          <w:rFonts w:ascii="Arial" w:hAnsi="Arial" w:cs="Arial"/>
          <w:sz w:val="22"/>
          <w:lang w:val="es-HN"/>
        </w:rPr>
        <w:pict w14:anchorId="2B353C67">
          <v:rect id="_x0000_i1027" style="width:0;height:1.5pt" o:hralign="center" o:hrstd="t" o:hr="t" fillcolor="#a0a0a0" stroked="f"/>
        </w:pict>
      </w:r>
    </w:p>
    <w:p w14:paraId="782A24CB" w14:textId="77777777" w:rsidR="003D56F0" w:rsidRPr="003D56F0" w:rsidRDefault="003D56F0" w:rsidP="001E66E9">
      <w:pPr>
        <w:spacing w:after="0" w:line="480" w:lineRule="auto"/>
        <w:rPr>
          <w:rFonts w:ascii="Arial" w:hAnsi="Arial" w:cs="Arial"/>
          <w:b/>
          <w:bCs/>
          <w:sz w:val="22"/>
          <w:lang w:val="es-HN"/>
        </w:rPr>
      </w:pPr>
      <w:r w:rsidRPr="003D56F0">
        <w:rPr>
          <w:rFonts w:ascii="Arial" w:hAnsi="Arial" w:cs="Arial"/>
          <w:b/>
          <w:bCs/>
          <w:sz w:val="22"/>
          <w:lang w:val="es-HN"/>
        </w:rPr>
        <w:t>4. Descripción de la institución</w:t>
      </w:r>
    </w:p>
    <w:p w14:paraId="4C975846" w14:textId="719AD1AC" w:rsidR="007C17F8" w:rsidRPr="001E66E9" w:rsidRDefault="003D56F0" w:rsidP="001E66E9">
      <w:pPr>
        <w:spacing w:after="0" w:line="480" w:lineRule="auto"/>
        <w:rPr>
          <w:rFonts w:ascii="Arial" w:hAnsi="Arial" w:cs="Arial"/>
          <w:sz w:val="22"/>
          <w:lang w:val="es-HN"/>
        </w:rPr>
      </w:pPr>
      <w:r w:rsidRPr="003D56F0">
        <w:rPr>
          <w:rFonts w:ascii="Arial" w:hAnsi="Arial" w:cs="Arial"/>
          <w:sz w:val="22"/>
          <w:lang w:val="es-HN"/>
        </w:rPr>
        <w:t xml:space="preserve">Breve reseña de la institución, incluyendo su </w:t>
      </w:r>
      <w:r w:rsidRPr="003D56F0">
        <w:rPr>
          <w:rFonts w:ascii="Arial" w:hAnsi="Arial" w:cs="Arial"/>
          <w:b/>
          <w:bCs/>
          <w:sz w:val="22"/>
          <w:lang w:val="es-HN"/>
        </w:rPr>
        <w:t>misión, visión, funciones principales</w:t>
      </w:r>
      <w:r w:rsidRPr="003D56F0">
        <w:rPr>
          <w:rFonts w:ascii="Arial" w:hAnsi="Arial" w:cs="Arial"/>
          <w:sz w:val="22"/>
          <w:lang w:val="es-HN"/>
        </w:rPr>
        <w:t xml:space="preserve"> y el </w:t>
      </w:r>
      <w:r w:rsidRPr="003D56F0">
        <w:rPr>
          <w:rFonts w:ascii="Arial" w:hAnsi="Arial" w:cs="Arial"/>
          <w:b/>
          <w:bCs/>
          <w:sz w:val="22"/>
          <w:lang w:val="es-HN"/>
        </w:rPr>
        <w:t>área específica</w:t>
      </w:r>
      <w:r w:rsidRPr="003D56F0">
        <w:rPr>
          <w:rFonts w:ascii="Arial" w:hAnsi="Arial" w:cs="Arial"/>
          <w:sz w:val="22"/>
          <w:lang w:val="es-HN"/>
        </w:rPr>
        <w:t xml:space="preserve"> donde el estudiante realiza su práctica.</w:t>
      </w:r>
    </w:p>
    <w:p w14:paraId="652260A6" w14:textId="77777777" w:rsidR="007C17F8" w:rsidRPr="001E66E9" w:rsidRDefault="00177C42" w:rsidP="001E66E9">
      <w:pPr>
        <w:spacing w:after="0" w:line="480" w:lineRule="auto"/>
        <w:rPr>
          <w:rFonts w:ascii="Arial" w:hAnsi="Arial" w:cs="Arial"/>
          <w:b/>
          <w:bCs/>
          <w:sz w:val="22"/>
        </w:rPr>
      </w:pPr>
      <w:r w:rsidRPr="001E66E9">
        <w:rPr>
          <w:rFonts w:ascii="Arial" w:hAnsi="Arial" w:cs="Arial"/>
          <w:b/>
          <w:bCs/>
          <w:sz w:val="22"/>
        </w:rPr>
        <w:t>5. Objetivos y actividades propuestas al inicio del mes:</w:t>
      </w:r>
    </w:p>
    <w:p w14:paraId="72E2BDBB" w14:textId="77777777" w:rsidR="007C17F8" w:rsidRPr="001E66E9" w:rsidRDefault="00177C4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>5.1 Objetivos</w:t>
      </w:r>
      <w:r w:rsidRPr="001E66E9">
        <w:rPr>
          <w:rFonts w:ascii="Arial" w:hAnsi="Arial" w:cs="Arial"/>
          <w:sz w:val="22"/>
        </w:rPr>
        <w:br/>
        <w:t>(Especificar los objetivos trazados para este periodo):</w:t>
      </w:r>
    </w:p>
    <w:p w14:paraId="7E984A64" w14:textId="708A6A44" w:rsidR="008725A3" w:rsidRPr="001E66E9" w:rsidRDefault="00177C4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>5.2 Actividades planificadas</w:t>
      </w:r>
      <w:r w:rsidRPr="001E66E9">
        <w:rPr>
          <w:rFonts w:ascii="Arial" w:hAnsi="Arial" w:cs="Arial"/>
          <w:sz w:val="22"/>
        </w:rPr>
        <w:br/>
        <w:t>(</w:t>
      </w:r>
      <w:proofErr w:type="spellStart"/>
      <w:r w:rsidRPr="001E66E9">
        <w:rPr>
          <w:rFonts w:ascii="Arial" w:hAnsi="Arial" w:cs="Arial"/>
          <w:sz w:val="22"/>
        </w:rPr>
        <w:t>Describir</w:t>
      </w:r>
      <w:proofErr w:type="spellEnd"/>
      <w:r w:rsidRPr="001E66E9">
        <w:rPr>
          <w:rFonts w:ascii="Arial" w:hAnsi="Arial" w:cs="Arial"/>
          <w:sz w:val="22"/>
        </w:rPr>
        <w:t xml:space="preserve"> las </w:t>
      </w:r>
      <w:proofErr w:type="spellStart"/>
      <w:r w:rsidRPr="001E66E9">
        <w:rPr>
          <w:rFonts w:ascii="Arial" w:hAnsi="Arial" w:cs="Arial"/>
          <w:sz w:val="22"/>
        </w:rPr>
        <w:t>actividades</w:t>
      </w:r>
      <w:proofErr w:type="spellEnd"/>
      <w:r w:rsidRPr="001E66E9">
        <w:rPr>
          <w:rFonts w:ascii="Arial" w:hAnsi="Arial" w:cs="Arial"/>
          <w:sz w:val="22"/>
        </w:rPr>
        <w:t xml:space="preserve"> que se </w:t>
      </w:r>
      <w:proofErr w:type="spellStart"/>
      <w:r w:rsidRPr="001E66E9">
        <w:rPr>
          <w:rFonts w:ascii="Arial" w:hAnsi="Arial" w:cs="Arial"/>
          <w:sz w:val="22"/>
        </w:rPr>
        <w:t>pretendían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realizar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función</w:t>
      </w:r>
      <w:proofErr w:type="spellEnd"/>
      <w:r w:rsidRPr="001E66E9">
        <w:rPr>
          <w:rFonts w:ascii="Arial" w:hAnsi="Arial" w:cs="Arial"/>
          <w:sz w:val="22"/>
        </w:rPr>
        <w:t xml:space="preserve"> de </w:t>
      </w:r>
      <w:proofErr w:type="spellStart"/>
      <w:r w:rsidRPr="001E66E9">
        <w:rPr>
          <w:rFonts w:ascii="Arial" w:hAnsi="Arial" w:cs="Arial"/>
          <w:sz w:val="22"/>
        </w:rPr>
        <w:t>los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objetivos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anteriores</w:t>
      </w:r>
      <w:proofErr w:type="spellEnd"/>
      <w:r w:rsidRPr="001E66E9">
        <w:rPr>
          <w:rFonts w:ascii="Arial" w:hAnsi="Arial" w:cs="Arial"/>
          <w:sz w:val="22"/>
        </w:rPr>
        <w:t>):</w:t>
      </w:r>
    </w:p>
    <w:p w14:paraId="2CCE5F11" w14:textId="77777777" w:rsidR="007C17F8" w:rsidRPr="001E66E9" w:rsidRDefault="00177C42" w:rsidP="001E66E9">
      <w:pPr>
        <w:spacing w:after="0" w:line="480" w:lineRule="auto"/>
        <w:rPr>
          <w:rFonts w:ascii="Arial" w:hAnsi="Arial" w:cs="Arial"/>
          <w:b/>
          <w:bCs/>
          <w:sz w:val="22"/>
        </w:rPr>
      </w:pPr>
      <w:r w:rsidRPr="001E66E9">
        <w:rPr>
          <w:rFonts w:ascii="Arial" w:hAnsi="Arial" w:cs="Arial"/>
          <w:b/>
          <w:bCs/>
          <w:sz w:val="22"/>
        </w:rPr>
        <w:t>6. Actividades desarrolladas por semana:</w:t>
      </w: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1759"/>
        <w:gridCol w:w="2498"/>
        <w:gridCol w:w="2617"/>
        <w:gridCol w:w="2482"/>
      </w:tblGrid>
      <w:tr w:rsidR="007C17F8" w:rsidRPr="001E66E9" w14:paraId="48B53231" w14:textId="77777777" w:rsidTr="008725A3">
        <w:tc>
          <w:tcPr>
            <w:tcW w:w="1759" w:type="dxa"/>
            <w:vAlign w:val="center"/>
          </w:tcPr>
          <w:p w14:paraId="0421D696" w14:textId="77777777" w:rsidR="007C17F8" w:rsidRPr="001E66E9" w:rsidRDefault="00177C42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66E9">
              <w:rPr>
                <w:rFonts w:ascii="Arial" w:hAnsi="Arial" w:cs="Arial"/>
                <w:b/>
                <w:bCs/>
                <w:sz w:val="22"/>
              </w:rPr>
              <w:t>Semana</w:t>
            </w:r>
          </w:p>
        </w:tc>
        <w:tc>
          <w:tcPr>
            <w:tcW w:w="2498" w:type="dxa"/>
            <w:vAlign w:val="center"/>
          </w:tcPr>
          <w:p w14:paraId="2131EFF1" w14:textId="22D95AED" w:rsidR="007C17F8" w:rsidRPr="001E66E9" w:rsidRDefault="003D56F0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Actividades</w:t>
            </w:r>
            <w:proofErr w:type="spellEnd"/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proofErr w:type="spellStart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>aprobadas</w:t>
            </w:r>
            <w:proofErr w:type="spellEnd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de la </w:t>
            </w:r>
            <w:proofErr w:type="spellStart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>p</w:t>
            </w:r>
            <w:r w:rsidRPr="001E66E9">
              <w:rPr>
                <w:rFonts w:ascii="Arial" w:hAnsi="Arial" w:cs="Arial"/>
                <w:b/>
                <w:bCs/>
                <w:sz w:val="22"/>
              </w:rPr>
              <w:t>ráctica</w:t>
            </w:r>
            <w:proofErr w:type="spellEnd"/>
            <w:r w:rsidR="0023326D" w:rsidRPr="001E66E9">
              <w:rPr>
                <w:rFonts w:ascii="Arial" w:hAnsi="Arial" w:cs="Arial"/>
                <w:b/>
                <w:bCs/>
                <w:sz w:val="22"/>
              </w:rPr>
              <w:t xml:space="preserve"> professional</w:t>
            </w:r>
          </w:p>
        </w:tc>
        <w:tc>
          <w:tcPr>
            <w:tcW w:w="2617" w:type="dxa"/>
            <w:vAlign w:val="center"/>
          </w:tcPr>
          <w:p w14:paraId="13CEB3EA" w14:textId="1F6E8C9E" w:rsidR="007C17F8" w:rsidRPr="001E66E9" w:rsidRDefault="00177C42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Actividades</w:t>
            </w:r>
            <w:proofErr w:type="spellEnd"/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proofErr w:type="spellStart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>r</w:t>
            </w:r>
            <w:r w:rsidRPr="001E66E9">
              <w:rPr>
                <w:rFonts w:ascii="Arial" w:hAnsi="Arial" w:cs="Arial"/>
                <w:b/>
                <w:bCs/>
                <w:sz w:val="22"/>
              </w:rPr>
              <w:t>ealizadas</w:t>
            </w:r>
            <w:proofErr w:type="spellEnd"/>
            <w:r w:rsidR="003D56F0" w:rsidRPr="001E66E9">
              <w:rPr>
                <w:rFonts w:ascii="Arial" w:hAnsi="Arial" w:cs="Arial"/>
                <w:b/>
                <w:bCs/>
                <w:sz w:val="22"/>
              </w:rPr>
              <w:t xml:space="preserve"> o </w:t>
            </w:r>
            <w:proofErr w:type="spellStart"/>
            <w:r w:rsidR="0023326D" w:rsidRPr="001E66E9">
              <w:rPr>
                <w:rFonts w:ascii="Arial" w:hAnsi="Arial" w:cs="Arial"/>
                <w:b/>
                <w:bCs/>
                <w:sz w:val="22"/>
              </w:rPr>
              <w:t>d</w:t>
            </w:r>
            <w:r w:rsidR="003D56F0" w:rsidRPr="001E66E9">
              <w:rPr>
                <w:rFonts w:ascii="Arial" w:hAnsi="Arial" w:cs="Arial"/>
                <w:b/>
                <w:bCs/>
                <w:sz w:val="22"/>
              </w:rPr>
              <w:t>esglose</w:t>
            </w:r>
            <w:proofErr w:type="spellEnd"/>
            <w:r w:rsidR="003D56F0" w:rsidRPr="001E66E9">
              <w:rPr>
                <w:rFonts w:ascii="Arial" w:hAnsi="Arial" w:cs="Arial"/>
                <w:b/>
                <w:bCs/>
                <w:sz w:val="22"/>
              </w:rPr>
              <w:t xml:space="preserve"> de </w:t>
            </w:r>
            <w:proofErr w:type="spellStart"/>
            <w:r w:rsidR="003D56F0" w:rsidRPr="001E66E9">
              <w:rPr>
                <w:rFonts w:ascii="Arial" w:hAnsi="Arial" w:cs="Arial"/>
                <w:b/>
                <w:bCs/>
                <w:sz w:val="22"/>
              </w:rPr>
              <w:t>actividades</w:t>
            </w:r>
            <w:proofErr w:type="spellEnd"/>
          </w:p>
        </w:tc>
        <w:tc>
          <w:tcPr>
            <w:tcW w:w="2482" w:type="dxa"/>
            <w:vAlign w:val="center"/>
          </w:tcPr>
          <w:p w14:paraId="7BD8D6CB" w14:textId="1F98EED9" w:rsidR="007C17F8" w:rsidRPr="001E66E9" w:rsidRDefault="00177C42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Obstáculos</w:t>
            </w:r>
            <w:proofErr w:type="spellEnd"/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proofErr w:type="spellStart"/>
            <w:r w:rsidR="0023326D" w:rsidRPr="001E66E9">
              <w:rPr>
                <w:rFonts w:ascii="Arial" w:hAnsi="Arial" w:cs="Arial"/>
                <w:b/>
                <w:bCs/>
                <w:sz w:val="22"/>
              </w:rPr>
              <w:t>e</w:t>
            </w:r>
            <w:r w:rsidRPr="001E66E9">
              <w:rPr>
                <w:rFonts w:ascii="Arial" w:hAnsi="Arial" w:cs="Arial"/>
                <w:b/>
                <w:bCs/>
                <w:sz w:val="22"/>
              </w:rPr>
              <w:t>ncontrados</w:t>
            </w:r>
            <w:proofErr w:type="spellEnd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</w:tc>
      </w:tr>
      <w:tr w:rsidR="008725A3" w:rsidRPr="001E66E9" w14:paraId="109DD60D" w14:textId="77777777" w:rsidTr="008725A3">
        <w:trPr>
          <w:trHeight w:val="1445"/>
        </w:trPr>
        <w:tc>
          <w:tcPr>
            <w:tcW w:w="1759" w:type="dxa"/>
            <w:vMerge w:val="restart"/>
            <w:vAlign w:val="center"/>
          </w:tcPr>
          <w:p w14:paraId="2C1501A1" w14:textId="3CEC4186" w:rsidR="008725A3" w:rsidRPr="001E66E9" w:rsidRDefault="008725A3" w:rsidP="001E66E9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>Semana 1</w:t>
            </w:r>
          </w:p>
          <w:p w14:paraId="197FC3A6" w14:textId="77777777" w:rsidR="008725A3" w:rsidRPr="001E66E9" w:rsidRDefault="008725A3" w:rsidP="001E66E9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</w:p>
          <w:p w14:paraId="0A544CAC" w14:textId="4DE02C6C" w:rsidR="008725A3" w:rsidRPr="001E66E9" w:rsidRDefault="008725A3" w:rsidP="001E66E9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>7 Julio – 11 Julio</w:t>
            </w:r>
          </w:p>
          <w:p w14:paraId="24D38DF4" w14:textId="77777777" w:rsidR="008F6D3C" w:rsidRPr="00AA3724" w:rsidRDefault="008F6D3C" w:rsidP="008F6D3C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Recuento de horas: 40 </w:t>
            </w:r>
          </w:p>
          <w:p w14:paraId="6A5352CC" w14:textId="7AA60379" w:rsidR="008725A3" w:rsidRPr="001E66E9" w:rsidRDefault="008725A3" w:rsidP="001E66E9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 w:val="restart"/>
          </w:tcPr>
          <w:p w14:paraId="098EC52A" w14:textId="22F0837F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>1.</w:t>
            </w:r>
            <w:r w:rsidRPr="001E66E9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 xml:space="preserve"> </w:t>
            </w:r>
            <w:r w:rsidRPr="00976BCE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 xml:space="preserve">Registro y monitoreo de puntos estacionarios de los movimientos locales de avifauna dentro del recinto aeroportuario; tabulación de datos con </w:t>
            </w:r>
            <w:r w:rsidRPr="001E66E9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>gráficas</w:t>
            </w:r>
            <w:r w:rsidRPr="00976BCE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 xml:space="preserve"> sobre </w:t>
            </w:r>
            <w:r w:rsidRPr="001E66E9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>mapa</w:t>
            </w:r>
            <w:r w:rsidRPr="00976BCE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 xml:space="preserve"> cuadriculado</w:t>
            </w:r>
            <w:r w:rsidRPr="001E66E9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>.</w:t>
            </w:r>
          </w:p>
          <w:p w14:paraId="199C4383" w14:textId="3E4F76D6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</w:tcPr>
          <w:p w14:paraId="1AD6C58B" w14:textId="4F626DF2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1E66E9">
              <w:rPr>
                <w:rFonts w:ascii="Arial" w:hAnsi="Arial" w:cs="Arial"/>
                <w:color w:val="000000"/>
                <w:sz w:val="22"/>
              </w:rPr>
              <w:t xml:space="preserve">1.1 </w:t>
            </w:r>
            <w:proofErr w:type="spellStart"/>
            <w:r w:rsidRPr="001E66E9">
              <w:rPr>
                <w:rFonts w:ascii="Arial" w:hAnsi="Arial" w:cs="Arial"/>
                <w:color w:val="000000"/>
                <w:sz w:val="22"/>
              </w:rPr>
              <w:t>Georeferenciación</w:t>
            </w:r>
            <w:proofErr w:type="spellEnd"/>
            <w:r w:rsidRPr="001E66E9">
              <w:rPr>
                <w:rFonts w:ascii="Arial" w:hAnsi="Arial" w:cs="Arial"/>
                <w:color w:val="000000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color w:val="000000"/>
                <w:sz w:val="22"/>
              </w:rPr>
              <w:t>los</w:t>
            </w:r>
            <w:proofErr w:type="spellEnd"/>
            <w:r w:rsidRPr="001E66E9">
              <w:rPr>
                <w:rFonts w:ascii="Arial" w:hAnsi="Arial" w:cs="Arial"/>
                <w:color w:val="000000"/>
                <w:sz w:val="22"/>
              </w:rPr>
              <w:t xml:space="preserve"> puntos de </w:t>
            </w:r>
            <w:proofErr w:type="spellStart"/>
            <w:r w:rsidRPr="001E66E9">
              <w:rPr>
                <w:rFonts w:ascii="Arial" w:hAnsi="Arial" w:cs="Arial"/>
                <w:color w:val="000000"/>
                <w:sz w:val="22"/>
              </w:rPr>
              <w:t>monitoreo</w:t>
            </w:r>
            <w:proofErr w:type="spellEnd"/>
            <w:r w:rsidRPr="001E66E9">
              <w:rPr>
                <w:rFonts w:ascii="Arial" w:hAnsi="Arial" w:cs="Arial"/>
                <w:color w:val="000000"/>
                <w:sz w:val="22"/>
              </w:rPr>
              <w:t>.</w:t>
            </w:r>
          </w:p>
        </w:tc>
        <w:tc>
          <w:tcPr>
            <w:tcW w:w="2482" w:type="dxa"/>
          </w:tcPr>
          <w:p w14:paraId="3C652DE1" w14:textId="13D34D63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El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manejo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del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equipo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GPS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representó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un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desafío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debido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a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ausencia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experiencia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previa.</w:t>
            </w:r>
          </w:p>
        </w:tc>
      </w:tr>
      <w:tr w:rsidR="008725A3" w:rsidRPr="001E66E9" w14:paraId="0E4E7CB4" w14:textId="77777777" w:rsidTr="008725A3">
        <w:trPr>
          <w:trHeight w:val="465"/>
        </w:trPr>
        <w:tc>
          <w:tcPr>
            <w:tcW w:w="1759" w:type="dxa"/>
            <w:vMerge/>
            <w:vAlign w:val="center"/>
          </w:tcPr>
          <w:p w14:paraId="71A5118F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/>
            <w:vAlign w:val="center"/>
          </w:tcPr>
          <w:p w14:paraId="649F8C2A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57D112C7" w14:textId="72C3E351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1.2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Tabulación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datos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2482" w:type="dxa"/>
            <w:vAlign w:val="center"/>
          </w:tcPr>
          <w:p w14:paraId="0ACA4F3D" w14:textId="446FC9A2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sz w:val="22"/>
              </w:rPr>
              <w:t>Ninguno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. </w:t>
            </w:r>
          </w:p>
        </w:tc>
      </w:tr>
      <w:tr w:rsidR="008725A3" w:rsidRPr="001E66E9" w14:paraId="2B1D1661" w14:textId="77777777" w:rsidTr="008725A3">
        <w:trPr>
          <w:trHeight w:val="795"/>
        </w:trPr>
        <w:tc>
          <w:tcPr>
            <w:tcW w:w="1759" w:type="dxa"/>
            <w:vMerge/>
            <w:vAlign w:val="center"/>
          </w:tcPr>
          <w:p w14:paraId="3361885C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/>
            <w:vAlign w:val="center"/>
          </w:tcPr>
          <w:p w14:paraId="3FB8F77B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</w:tcPr>
          <w:p w14:paraId="35FAFD28" w14:textId="5D00F4D1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1.3 Presentación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mapas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generados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82" w:type="dxa"/>
            <w:vAlign w:val="center"/>
          </w:tcPr>
          <w:p w14:paraId="78CEA857" w14:textId="6D6C2076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No se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contaba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con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archivo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geoespacial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(shapefile)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correspondiente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a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cobertura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forestal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localidad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, lo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cual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limitó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lastRenderedPageBreak/>
              <w:t>el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análisis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espacial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previsto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>.</w:t>
            </w:r>
          </w:p>
        </w:tc>
      </w:tr>
      <w:tr w:rsidR="008725A3" w:rsidRPr="001E66E9" w14:paraId="3EF733A8" w14:textId="77777777" w:rsidTr="008725A3">
        <w:trPr>
          <w:trHeight w:val="502"/>
        </w:trPr>
        <w:tc>
          <w:tcPr>
            <w:tcW w:w="1759" w:type="dxa"/>
            <w:vMerge/>
            <w:vAlign w:val="center"/>
          </w:tcPr>
          <w:p w14:paraId="122964E0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 w:val="restart"/>
            <w:vAlign w:val="center"/>
          </w:tcPr>
          <w:p w14:paraId="62E2494C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2.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Contribuir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actualización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del plan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manejo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Reserva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Biológica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Uyuca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colaborando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con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organización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reuniones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consulta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participativa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y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revisión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los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documentos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presentar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>.</w:t>
            </w:r>
          </w:p>
          <w:p w14:paraId="3722E099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  <w:p w14:paraId="590FA909" w14:textId="0C0C2CA6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  <w:highlight w:val="yellow"/>
              </w:rPr>
              <w:t xml:space="preserve">Ver </w:t>
            </w:r>
            <w:proofErr w:type="spellStart"/>
            <w:r w:rsidRPr="001E66E9">
              <w:rPr>
                <w:rFonts w:ascii="Arial" w:hAnsi="Arial" w:cs="Arial"/>
                <w:sz w:val="22"/>
                <w:highlight w:val="yellow"/>
              </w:rPr>
              <w:t>anexo</w:t>
            </w:r>
            <w:proofErr w:type="spellEnd"/>
            <w:r w:rsidRPr="001E66E9">
              <w:rPr>
                <w:rFonts w:ascii="Arial" w:hAnsi="Arial" w:cs="Arial"/>
                <w:sz w:val="22"/>
                <w:highlight w:val="yellow"/>
              </w:rPr>
              <w:t xml:space="preserve"> A</w:t>
            </w:r>
          </w:p>
        </w:tc>
        <w:tc>
          <w:tcPr>
            <w:tcW w:w="2617" w:type="dxa"/>
            <w:vAlign w:val="center"/>
          </w:tcPr>
          <w:p w14:paraId="04CB0853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2.1 </w:t>
            </w:r>
            <w:r w:rsidRPr="001E66E9">
              <w:rPr>
                <w:rFonts w:ascii="Arial" w:hAnsi="Arial" w:cs="Arial"/>
                <w:b/>
                <w:bCs/>
                <w:sz w:val="22"/>
                <w:lang w:val="es-HN"/>
              </w:rPr>
              <w:t>Organización de reuniones participativas</w:t>
            </w:r>
          </w:p>
          <w:p w14:paraId="7C0AFF30" w14:textId="45AAC44D" w:rsidR="008725A3" w:rsidRPr="001E66E9" w:rsidRDefault="008725A3" w:rsidP="001E66E9">
            <w:pPr>
              <w:pStyle w:val="Prrafodelista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  <w:lang w:val="es-HN"/>
              </w:rPr>
              <w:t>Identificación de actores clave y grupos de interés locales.</w:t>
            </w:r>
          </w:p>
          <w:p w14:paraId="4CECC6A1" w14:textId="356BF20D" w:rsidR="008725A3" w:rsidRPr="001E66E9" w:rsidRDefault="008725A3" w:rsidP="001E66E9">
            <w:pPr>
              <w:pStyle w:val="Prrafodelista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  <w:lang w:val="es-HN"/>
              </w:rPr>
              <w:t>Coordinación de fechas, lugares y logística de las reuniones.</w:t>
            </w:r>
          </w:p>
          <w:p w14:paraId="328CE16F" w14:textId="3D278107" w:rsidR="008725A3" w:rsidRPr="001E66E9" w:rsidRDefault="008725A3" w:rsidP="001E66E9">
            <w:pPr>
              <w:pStyle w:val="Prrafodelista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  <w:lang w:val="es-HN"/>
              </w:rPr>
              <w:t>Elaboración y distribución de invitaciones y agendas de trabajo.</w:t>
            </w:r>
          </w:p>
          <w:p w14:paraId="61B13C15" w14:textId="77777777" w:rsidR="008725A3" w:rsidRPr="0023326D" w:rsidRDefault="008725A3" w:rsidP="001E66E9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Apoyo en la facilitación y toma de actas durante las reuniones.</w:t>
            </w:r>
          </w:p>
          <w:p w14:paraId="675AECE2" w14:textId="77777777" w:rsidR="008725A3" w:rsidRPr="0023326D" w:rsidRDefault="008725A3" w:rsidP="001E66E9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Sistematización de los aportes recogidos en las consultas.</w:t>
            </w:r>
          </w:p>
          <w:p w14:paraId="48D498EF" w14:textId="263E929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1EFBDA6C" w14:textId="352E0F15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sz w:val="22"/>
              </w:rPr>
              <w:t>Desconocimiento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metodologías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participativas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>.</w:t>
            </w:r>
          </w:p>
        </w:tc>
      </w:tr>
      <w:tr w:rsidR="008725A3" w:rsidRPr="001E66E9" w14:paraId="682EEDF0" w14:textId="77777777" w:rsidTr="008725A3">
        <w:trPr>
          <w:trHeight w:val="1038"/>
        </w:trPr>
        <w:tc>
          <w:tcPr>
            <w:tcW w:w="1759" w:type="dxa"/>
            <w:vMerge/>
            <w:vAlign w:val="center"/>
          </w:tcPr>
          <w:p w14:paraId="38FD3D9A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/>
            <w:vAlign w:val="center"/>
          </w:tcPr>
          <w:p w14:paraId="66312120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659F804D" w14:textId="2A29966D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</w:rPr>
              <w:t>2.</w:t>
            </w:r>
            <w:r w:rsidRPr="001E66E9">
              <w:rPr>
                <w:rFonts w:ascii="Arial" w:hAnsi="Arial" w:cs="Arial"/>
                <w:b/>
                <w:bCs/>
                <w:sz w:val="22"/>
                <w:lang w:val="es-HN"/>
              </w:rPr>
              <w:t>2. Revisión y análisis de documentos técnicos</w:t>
            </w:r>
          </w:p>
          <w:p w14:paraId="3309F7BE" w14:textId="77777777" w:rsidR="008725A3" w:rsidRPr="0023326D" w:rsidRDefault="008725A3" w:rsidP="001E66E9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Lectura crítica del plan de manejo vigente.</w:t>
            </w:r>
          </w:p>
          <w:p w14:paraId="207211D6" w14:textId="77777777" w:rsidR="008725A3" w:rsidRPr="0023326D" w:rsidRDefault="008725A3" w:rsidP="001E66E9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 xml:space="preserve">Identificación de secciones que requieren actualización (zonificación, diagnóstico ambiental, amenazas, </w:t>
            </w:r>
            <w:r w:rsidRPr="0023326D">
              <w:rPr>
                <w:rFonts w:ascii="Arial" w:hAnsi="Arial" w:cs="Arial"/>
                <w:sz w:val="22"/>
                <w:lang w:val="es-HN"/>
              </w:rPr>
              <w:lastRenderedPageBreak/>
              <w:t>líneas estratégicas).</w:t>
            </w:r>
          </w:p>
          <w:p w14:paraId="0114849A" w14:textId="77777777" w:rsidR="008725A3" w:rsidRPr="0023326D" w:rsidRDefault="008725A3" w:rsidP="001E66E9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Apoyo en la redacción de propuestas de mejora o ajustes al documento.</w:t>
            </w:r>
          </w:p>
          <w:p w14:paraId="05D0B3DA" w14:textId="0B2FC3AB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329062E6" w14:textId="78151291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sz w:val="22"/>
              </w:rPr>
              <w:lastRenderedPageBreak/>
              <w:t>Ninguno</w:t>
            </w:r>
            <w:proofErr w:type="spellEnd"/>
          </w:p>
        </w:tc>
      </w:tr>
      <w:tr w:rsidR="00DC3518" w:rsidRPr="001E66E9" w14:paraId="31FDB9DC" w14:textId="77777777" w:rsidTr="008725A3">
        <w:tc>
          <w:tcPr>
            <w:tcW w:w="1759" w:type="dxa"/>
            <w:vAlign w:val="center"/>
          </w:tcPr>
          <w:p w14:paraId="5D1BE30A" w14:textId="77777777" w:rsidR="00DC3518" w:rsidRPr="001E66E9" w:rsidRDefault="008725A3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66E9">
              <w:rPr>
                <w:rFonts w:ascii="Arial" w:hAnsi="Arial" w:cs="Arial"/>
                <w:b/>
                <w:bCs/>
                <w:sz w:val="22"/>
              </w:rPr>
              <w:t>Semana 2</w:t>
            </w:r>
          </w:p>
          <w:p w14:paraId="2FB8BCAE" w14:textId="77777777" w:rsidR="008725A3" w:rsidRDefault="008725A3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14 </w:t>
            </w: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julio</w:t>
            </w:r>
            <w:proofErr w:type="spellEnd"/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 – 18 </w:t>
            </w: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julio</w:t>
            </w:r>
            <w:proofErr w:type="spellEnd"/>
          </w:p>
          <w:p w14:paraId="5D2B20C6" w14:textId="77777777" w:rsidR="008F6D3C" w:rsidRPr="00AA3724" w:rsidRDefault="008F6D3C" w:rsidP="008F6D3C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Recuento de horas: 40 </w:t>
            </w:r>
          </w:p>
          <w:p w14:paraId="2C858661" w14:textId="3AD79D68" w:rsidR="008F6D3C" w:rsidRPr="001E66E9" w:rsidRDefault="008F6D3C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498" w:type="dxa"/>
            <w:vAlign w:val="center"/>
          </w:tcPr>
          <w:p w14:paraId="1981029E" w14:textId="77777777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054E36E7" w14:textId="47A8286C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249CE4AE" w14:textId="77777777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</w:tr>
      <w:tr w:rsidR="00DC3518" w:rsidRPr="001E66E9" w14:paraId="4AD08CE9" w14:textId="77777777" w:rsidTr="00447DF6">
        <w:trPr>
          <w:trHeight w:val="375"/>
        </w:trPr>
        <w:tc>
          <w:tcPr>
            <w:tcW w:w="1759" w:type="dxa"/>
            <w:vAlign w:val="center"/>
          </w:tcPr>
          <w:p w14:paraId="4690E8D6" w14:textId="77777777" w:rsidR="00DC3518" w:rsidRDefault="00447DF6" w:rsidP="00447DF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47DF6">
              <w:rPr>
                <w:rFonts w:ascii="Arial" w:hAnsi="Arial" w:cs="Arial"/>
                <w:b/>
                <w:bCs/>
                <w:sz w:val="22"/>
              </w:rPr>
              <w:t>Semana 3</w:t>
            </w:r>
          </w:p>
          <w:p w14:paraId="3F46E36D" w14:textId="77777777" w:rsidR="00212284" w:rsidRDefault="00212284" w:rsidP="00212284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</w:p>
          <w:p w14:paraId="28FCBEDD" w14:textId="2AF74BFD" w:rsidR="00212284" w:rsidRPr="00212284" w:rsidRDefault="00212284" w:rsidP="00212284">
            <w:p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>
              <w:rPr>
                <w:rFonts w:ascii="Arial" w:hAnsi="Arial" w:cs="Arial"/>
                <w:sz w:val="22"/>
                <w:lang w:val="es-HN"/>
              </w:rPr>
              <w:t>[</w:t>
            </w:r>
            <w:r w:rsidRPr="00212284">
              <w:rPr>
                <w:rFonts w:ascii="Arial" w:hAnsi="Arial" w:cs="Arial"/>
                <w:sz w:val="22"/>
                <w:lang w:val="es-HN"/>
              </w:rPr>
              <w:t>FECHA</w:t>
            </w:r>
            <w:r>
              <w:rPr>
                <w:rFonts w:ascii="Arial" w:hAnsi="Arial" w:cs="Arial"/>
                <w:sz w:val="22"/>
                <w:lang w:val="es-HN"/>
              </w:rPr>
              <w:t>]</w:t>
            </w:r>
            <w:r w:rsidRPr="00212284">
              <w:rPr>
                <w:rFonts w:ascii="Arial" w:hAnsi="Arial" w:cs="Arial"/>
                <w:sz w:val="22"/>
                <w:lang w:val="es-HN"/>
              </w:rPr>
              <w:t xml:space="preserve"> </w:t>
            </w:r>
          </w:p>
          <w:p w14:paraId="443B894A" w14:textId="77777777" w:rsidR="00212284" w:rsidRDefault="00212284" w:rsidP="00212284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</w:p>
          <w:p w14:paraId="51A98C55" w14:textId="6C2AE261" w:rsidR="00212284" w:rsidRPr="00AA3724" w:rsidRDefault="00212284" w:rsidP="00212284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Recuento de horas: 40 </w:t>
            </w:r>
          </w:p>
          <w:p w14:paraId="0995C4BF" w14:textId="77777777" w:rsidR="00212284" w:rsidRPr="00447DF6" w:rsidRDefault="00212284" w:rsidP="00447DF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6DCFEDCF" w14:textId="71589FDB" w:rsidR="00447DF6" w:rsidRPr="00447DF6" w:rsidRDefault="00447DF6" w:rsidP="00447DF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498" w:type="dxa"/>
            <w:vAlign w:val="center"/>
          </w:tcPr>
          <w:p w14:paraId="5CE30393" w14:textId="77777777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0C0D1578" w14:textId="40B4CA5B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6CFD41C1" w14:textId="77777777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</w:tr>
      <w:tr w:rsidR="00447DF6" w:rsidRPr="001E66E9" w14:paraId="50E90D51" w14:textId="77777777" w:rsidTr="00447DF6">
        <w:trPr>
          <w:trHeight w:val="480"/>
        </w:trPr>
        <w:tc>
          <w:tcPr>
            <w:tcW w:w="1759" w:type="dxa"/>
            <w:vAlign w:val="center"/>
          </w:tcPr>
          <w:p w14:paraId="7E77CB69" w14:textId="77777777" w:rsidR="00447DF6" w:rsidRDefault="00447DF6" w:rsidP="00447DF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47DF6">
              <w:rPr>
                <w:rFonts w:ascii="Arial" w:hAnsi="Arial" w:cs="Arial"/>
                <w:b/>
                <w:bCs/>
                <w:sz w:val="22"/>
              </w:rPr>
              <w:t>Semana 4</w:t>
            </w:r>
          </w:p>
          <w:p w14:paraId="54747881" w14:textId="77777777" w:rsidR="00212284" w:rsidRDefault="00212284" w:rsidP="00212284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</w:p>
          <w:p w14:paraId="1431E7FA" w14:textId="55D4FFC5" w:rsidR="00212284" w:rsidRPr="00212284" w:rsidRDefault="00212284" w:rsidP="00212284">
            <w:p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>
              <w:rPr>
                <w:rFonts w:ascii="Arial" w:hAnsi="Arial" w:cs="Arial"/>
                <w:sz w:val="22"/>
                <w:lang w:val="es-HN"/>
              </w:rPr>
              <w:t>[</w:t>
            </w:r>
            <w:r w:rsidRPr="00212284">
              <w:rPr>
                <w:rFonts w:ascii="Arial" w:hAnsi="Arial" w:cs="Arial"/>
                <w:sz w:val="22"/>
                <w:lang w:val="es-HN"/>
              </w:rPr>
              <w:t>FECHA</w:t>
            </w:r>
            <w:r>
              <w:rPr>
                <w:rFonts w:ascii="Arial" w:hAnsi="Arial" w:cs="Arial"/>
                <w:sz w:val="22"/>
                <w:lang w:val="es-HN"/>
              </w:rPr>
              <w:t>]</w:t>
            </w:r>
            <w:r w:rsidRPr="00212284">
              <w:rPr>
                <w:rFonts w:ascii="Arial" w:hAnsi="Arial" w:cs="Arial"/>
                <w:sz w:val="22"/>
                <w:lang w:val="es-HN"/>
              </w:rPr>
              <w:t xml:space="preserve"> </w:t>
            </w:r>
          </w:p>
          <w:p w14:paraId="40A8B17F" w14:textId="77777777" w:rsidR="00212284" w:rsidRDefault="00212284" w:rsidP="00212284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</w:p>
          <w:p w14:paraId="54C364DE" w14:textId="3B0EC502" w:rsidR="00212284" w:rsidRPr="00AA3724" w:rsidRDefault="00212284" w:rsidP="00212284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Recuento de horas: 40 </w:t>
            </w:r>
          </w:p>
          <w:p w14:paraId="518233B6" w14:textId="47E8F758" w:rsidR="00212284" w:rsidRPr="00447DF6" w:rsidRDefault="00212284" w:rsidP="00447DF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498" w:type="dxa"/>
            <w:vAlign w:val="center"/>
          </w:tcPr>
          <w:p w14:paraId="0B06B559" w14:textId="77777777" w:rsidR="00447DF6" w:rsidRPr="001E66E9" w:rsidRDefault="00447DF6" w:rsidP="001E66E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1B67BDD9" w14:textId="77777777" w:rsidR="00447DF6" w:rsidRPr="001E66E9" w:rsidRDefault="00447DF6" w:rsidP="001E66E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75EAEF3E" w14:textId="77777777" w:rsidR="00447DF6" w:rsidRPr="001E66E9" w:rsidRDefault="00447DF6" w:rsidP="001E66E9">
            <w:pPr>
              <w:rPr>
                <w:rFonts w:ascii="Arial" w:hAnsi="Arial" w:cs="Arial"/>
                <w:sz w:val="22"/>
              </w:rPr>
            </w:pPr>
          </w:p>
        </w:tc>
      </w:tr>
      <w:tr w:rsidR="008F6D3C" w:rsidRPr="001E66E9" w14:paraId="66DDDBD3" w14:textId="77777777" w:rsidTr="00442A5A">
        <w:trPr>
          <w:trHeight w:val="480"/>
        </w:trPr>
        <w:tc>
          <w:tcPr>
            <w:tcW w:w="9356" w:type="dxa"/>
            <w:gridSpan w:val="4"/>
            <w:vAlign w:val="center"/>
          </w:tcPr>
          <w:p w14:paraId="0E301D39" w14:textId="0FBA3995" w:rsidR="008F6D3C" w:rsidRPr="001E66E9" w:rsidRDefault="008F6D3C" w:rsidP="001E66E9">
            <w:pPr>
              <w:rPr>
                <w:rFonts w:ascii="Arial" w:hAnsi="Arial" w:cs="Arial"/>
                <w:sz w:val="22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Horas cubiertas en </w:t>
            </w:r>
            <w:r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el </w:t>
            </w: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>mes</w:t>
            </w:r>
            <w:r>
              <w:rPr>
                <w:rFonts w:ascii="Arial" w:hAnsi="Arial" w:cs="Arial"/>
                <w:b/>
                <w:bCs/>
                <w:sz w:val="22"/>
                <w:lang w:val="es-HN"/>
              </w:rPr>
              <w:t>: 160</w:t>
            </w:r>
          </w:p>
        </w:tc>
      </w:tr>
    </w:tbl>
    <w:p w14:paraId="566ECF15" w14:textId="77777777" w:rsidR="00447DF6" w:rsidRDefault="00447DF6" w:rsidP="00447DF6">
      <w:pPr>
        <w:spacing w:line="360" w:lineRule="auto"/>
        <w:rPr>
          <w:rFonts w:ascii="Arial" w:hAnsi="Arial" w:cs="Arial"/>
          <w:b/>
          <w:bCs/>
          <w:sz w:val="22"/>
          <w:highlight w:val="yellow"/>
        </w:rPr>
      </w:pPr>
    </w:p>
    <w:p w14:paraId="31F58120" w14:textId="6CE6B3E7" w:rsidR="00BD53EC" w:rsidRPr="001E66E9" w:rsidRDefault="00447DF6" w:rsidP="00447DF6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  <w:highlight w:val="yellow"/>
        </w:rPr>
        <w:t xml:space="preserve">* </w:t>
      </w:r>
      <w:proofErr w:type="spellStart"/>
      <w:r w:rsidRPr="00447DF6">
        <w:rPr>
          <w:rFonts w:ascii="Arial" w:hAnsi="Arial" w:cs="Arial"/>
          <w:b/>
          <w:bCs/>
          <w:sz w:val="22"/>
          <w:highlight w:val="yellow"/>
        </w:rPr>
        <w:t>Opcional</w:t>
      </w:r>
      <w:proofErr w:type="spellEnd"/>
      <w:r w:rsidRPr="00447DF6">
        <w:rPr>
          <w:rFonts w:ascii="Arial" w:hAnsi="Arial" w:cs="Arial"/>
          <w:b/>
          <w:bCs/>
          <w:sz w:val="22"/>
          <w:highlight w:val="yellow"/>
        </w:rPr>
        <w:t>:</w:t>
      </w:r>
      <w:r>
        <w:rPr>
          <w:rFonts w:ascii="Arial" w:hAnsi="Arial" w:cs="Arial"/>
          <w:b/>
          <w:bCs/>
          <w:sz w:val="22"/>
        </w:rPr>
        <w:t xml:space="preserve"> </w:t>
      </w:r>
      <w:r w:rsidRPr="00447DF6">
        <w:rPr>
          <w:rFonts w:ascii="Arial" w:hAnsi="Arial" w:cs="Arial"/>
          <w:sz w:val="22"/>
        </w:rPr>
        <w:t xml:space="preserve">En </w:t>
      </w:r>
      <w:proofErr w:type="spellStart"/>
      <w:r w:rsidRPr="00447DF6">
        <w:rPr>
          <w:rFonts w:ascii="Arial" w:hAnsi="Arial" w:cs="Arial"/>
          <w:sz w:val="22"/>
        </w:rPr>
        <w:t>caso</w:t>
      </w:r>
      <w:proofErr w:type="spellEnd"/>
      <w:r w:rsidRPr="00447DF6">
        <w:rPr>
          <w:rFonts w:ascii="Arial" w:hAnsi="Arial" w:cs="Arial"/>
          <w:sz w:val="22"/>
        </w:rPr>
        <w:t xml:space="preserve"> de ser </w:t>
      </w:r>
      <w:proofErr w:type="spellStart"/>
      <w:r w:rsidRPr="00447DF6">
        <w:rPr>
          <w:rFonts w:ascii="Arial" w:hAnsi="Arial" w:cs="Arial"/>
          <w:sz w:val="22"/>
        </w:rPr>
        <w:t>necesario</w:t>
      </w:r>
      <w:proofErr w:type="spellEnd"/>
      <w:r w:rsidRPr="00447DF6">
        <w:rPr>
          <w:rFonts w:ascii="Arial" w:hAnsi="Arial" w:cs="Arial"/>
          <w:sz w:val="22"/>
        </w:rPr>
        <w:t xml:space="preserve">, </w:t>
      </w:r>
      <w:proofErr w:type="spellStart"/>
      <w:r w:rsidRPr="00447DF6">
        <w:rPr>
          <w:rFonts w:ascii="Arial" w:hAnsi="Arial" w:cs="Arial"/>
          <w:sz w:val="22"/>
        </w:rPr>
        <w:t>pueden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describir</w:t>
      </w:r>
      <w:proofErr w:type="spellEnd"/>
      <w:r w:rsidRPr="00447DF6">
        <w:rPr>
          <w:rFonts w:ascii="Arial" w:hAnsi="Arial" w:cs="Arial"/>
          <w:sz w:val="22"/>
        </w:rPr>
        <w:t xml:space="preserve"> con mayor </w:t>
      </w:r>
      <w:proofErr w:type="spellStart"/>
      <w:r w:rsidRPr="00447DF6">
        <w:rPr>
          <w:rFonts w:ascii="Arial" w:hAnsi="Arial" w:cs="Arial"/>
          <w:sz w:val="22"/>
        </w:rPr>
        <w:t>detalle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aquellas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actividades</w:t>
      </w:r>
      <w:proofErr w:type="spellEnd"/>
      <w:r w:rsidRPr="00447DF6">
        <w:rPr>
          <w:rFonts w:ascii="Arial" w:hAnsi="Arial" w:cs="Arial"/>
          <w:sz w:val="22"/>
        </w:rPr>
        <w:t xml:space="preserve"> que </w:t>
      </w:r>
      <w:proofErr w:type="spellStart"/>
      <w:r w:rsidRPr="00447DF6">
        <w:rPr>
          <w:rFonts w:ascii="Arial" w:hAnsi="Arial" w:cs="Arial"/>
          <w:sz w:val="22"/>
        </w:rPr>
        <w:t>hayan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sido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extensas</w:t>
      </w:r>
      <w:proofErr w:type="spellEnd"/>
      <w:r w:rsidRPr="00447DF6">
        <w:rPr>
          <w:rFonts w:ascii="Arial" w:hAnsi="Arial" w:cs="Arial"/>
          <w:sz w:val="22"/>
        </w:rPr>
        <w:t xml:space="preserve">, </w:t>
      </w:r>
      <w:proofErr w:type="spellStart"/>
      <w:r w:rsidRPr="00447DF6">
        <w:rPr>
          <w:rFonts w:ascii="Arial" w:hAnsi="Arial" w:cs="Arial"/>
          <w:sz w:val="22"/>
        </w:rPr>
        <w:t>complejas</w:t>
      </w:r>
      <w:proofErr w:type="spellEnd"/>
      <w:r w:rsidRPr="00447DF6">
        <w:rPr>
          <w:rFonts w:ascii="Arial" w:hAnsi="Arial" w:cs="Arial"/>
          <w:sz w:val="22"/>
        </w:rPr>
        <w:t xml:space="preserve"> o que </w:t>
      </w:r>
      <w:proofErr w:type="spellStart"/>
      <w:r w:rsidRPr="00447DF6">
        <w:rPr>
          <w:rFonts w:ascii="Arial" w:hAnsi="Arial" w:cs="Arial"/>
          <w:sz w:val="22"/>
        </w:rPr>
        <w:t>requieran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una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explicación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más</w:t>
      </w:r>
      <w:proofErr w:type="spellEnd"/>
      <w:r w:rsidRPr="00447DF6">
        <w:rPr>
          <w:rFonts w:ascii="Arial" w:hAnsi="Arial" w:cs="Arial"/>
          <w:sz w:val="22"/>
        </w:rPr>
        <w:t xml:space="preserve"> profunda para </w:t>
      </w:r>
      <w:proofErr w:type="spellStart"/>
      <w:r w:rsidRPr="00447DF6">
        <w:rPr>
          <w:rFonts w:ascii="Arial" w:hAnsi="Arial" w:cs="Arial"/>
          <w:sz w:val="22"/>
        </w:rPr>
        <w:t>comprender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su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desarrollo</w:t>
      </w:r>
      <w:proofErr w:type="spellEnd"/>
      <w:r w:rsidRPr="00447DF6">
        <w:rPr>
          <w:rFonts w:ascii="Arial" w:hAnsi="Arial" w:cs="Arial"/>
          <w:sz w:val="22"/>
        </w:rPr>
        <w:t xml:space="preserve"> y </w:t>
      </w:r>
      <w:proofErr w:type="spellStart"/>
      <w:r w:rsidRPr="00447DF6">
        <w:rPr>
          <w:rFonts w:ascii="Arial" w:hAnsi="Arial" w:cs="Arial"/>
          <w:sz w:val="22"/>
        </w:rPr>
        <w:t>relevancia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dentro</w:t>
      </w:r>
      <w:proofErr w:type="spellEnd"/>
      <w:r w:rsidRPr="00447DF6">
        <w:rPr>
          <w:rFonts w:ascii="Arial" w:hAnsi="Arial" w:cs="Arial"/>
          <w:sz w:val="22"/>
        </w:rPr>
        <w:t xml:space="preserve"> de la </w:t>
      </w:r>
      <w:proofErr w:type="spellStart"/>
      <w:r w:rsidRPr="00447DF6">
        <w:rPr>
          <w:rFonts w:ascii="Arial" w:hAnsi="Arial" w:cs="Arial"/>
          <w:sz w:val="22"/>
        </w:rPr>
        <w:t>práctica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profesional</w:t>
      </w:r>
      <w:proofErr w:type="spellEnd"/>
      <w:r w:rsidRPr="00447DF6">
        <w:rPr>
          <w:rFonts w:ascii="Arial" w:hAnsi="Arial" w:cs="Arial"/>
          <w:sz w:val="22"/>
        </w:rPr>
        <w:t>.</w:t>
      </w:r>
    </w:p>
    <w:p w14:paraId="23B192B5" w14:textId="381576A8" w:rsidR="008725A3" w:rsidRPr="00447DF6" w:rsidRDefault="00177C42" w:rsidP="001E66E9">
      <w:pPr>
        <w:spacing w:after="0" w:line="480" w:lineRule="auto"/>
        <w:rPr>
          <w:rFonts w:ascii="Arial" w:hAnsi="Arial" w:cs="Arial"/>
          <w:b/>
          <w:bCs/>
          <w:sz w:val="22"/>
        </w:rPr>
      </w:pPr>
      <w:r w:rsidRPr="001E66E9">
        <w:rPr>
          <w:rFonts w:ascii="Arial" w:hAnsi="Arial" w:cs="Arial"/>
          <w:b/>
          <w:bCs/>
          <w:sz w:val="22"/>
        </w:rPr>
        <w:t xml:space="preserve">7. </w:t>
      </w:r>
      <w:proofErr w:type="spellStart"/>
      <w:r w:rsidRPr="001E66E9">
        <w:rPr>
          <w:rFonts w:ascii="Arial" w:hAnsi="Arial" w:cs="Arial"/>
          <w:b/>
          <w:bCs/>
          <w:sz w:val="22"/>
        </w:rPr>
        <w:t>Actividades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adicionales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desarrolladas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(</w:t>
      </w:r>
      <w:proofErr w:type="spellStart"/>
      <w:r w:rsidRPr="001E66E9">
        <w:rPr>
          <w:rFonts w:ascii="Arial" w:hAnsi="Arial" w:cs="Arial"/>
          <w:b/>
          <w:bCs/>
          <w:sz w:val="22"/>
        </w:rPr>
        <w:t>si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las </w:t>
      </w:r>
      <w:proofErr w:type="spellStart"/>
      <w:r w:rsidRPr="001E66E9">
        <w:rPr>
          <w:rFonts w:ascii="Arial" w:hAnsi="Arial" w:cs="Arial"/>
          <w:b/>
          <w:bCs/>
          <w:sz w:val="22"/>
        </w:rPr>
        <w:t>hubiere</w:t>
      </w:r>
      <w:proofErr w:type="spellEnd"/>
      <w:r w:rsidRPr="001E66E9">
        <w:rPr>
          <w:rFonts w:ascii="Arial" w:hAnsi="Arial" w:cs="Arial"/>
          <w:b/>
          <w:bCs/>
          <w:sz w:val="22"/>
        </w:rPr>
        <w:t>):</w:t>
      </w:r>
      <w:r w:rsidRPr="001E66E9">
        <w:rPr>
          <w:rFonts w:ascii="Arial" w:hAnsi="Arial" w:cs="Arial"/>
          <w:b/>
          <w:bCs/>
          <w:sz w:val="22"/>
        </w:rPr>
        <w:br/>
      </w:r>
      <w:r w:rsidRPr="001E66E9">
        <w:rPr>
          <w:rFonts w:ascii="Arial" w:hAnsi="Arial" w:cs="Arial"/>
          <w:sz w:val="22"/>
        </w:rPr>
        <w:t>(</w:t>
      </w:r>
      <w:proofErr w:type="spellStart"/>
      <w:r w:rsidRPr="001E66E9">
        <w:rPr>
          <w:rFonts w:ascii="Arial" w:hAnsi="Arial" w:cs="Arial"/>
          <w:sz w:val="22"/>
        </w:rPr>
        <w:t>Describir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otras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acciones</w:t>
      </w:r>
      <w:proofErr w:type="spellEnd"/>
      <w:r w:rsidRPr="001E66E9">
        <w:rPr>
          <w:rFonts w:ascii="Arial" w:hAnsi="Arial" w:cs="Arial"/>
          <w:sz w:val="22"/>
        </w:rPr>
        <w:t xml:space="preserve"> que no </w:t>
      </w:r>
      <w:proofErr w:type="spellStart"/>
      <w:r w:rsidRPr="001E66E9">
        <w:rPr>
          <w:rFonts w:ascii="Arial" w:hAnsi="Arial" w:cs="Arial"/>
          <w:sz w:val="22"/>
        </w:rPr>
        <w:t>estaban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planificadas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pero</w:t>
      </w:r>
      <w:proofErr w:type="spellEnd"/>
      <w:r w:rsidRPr="001E66E9">
        <w:rPr>
          <w:rFonts w:ascii="Arial" w:hAnsi="Arial" w:cs="Arial"/>
          <w:sz w:val="22"/>
        </w:rPr>
        <w:t xml:space="preserve"> que </w:t>
      </w:r>
      <w:proofErr w:type="spellStart"/>
      <w:r w:rsidRPr="001E66E9">
        <w:rPr>
          <w:rFonts w:ascii="Arial" w:hAnsi="Arial" w:cs="Arial"/>
          <w:sz w:val="22"/>
        </w:rPr>
        <w:t>fueron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realizadas</w:t>
      </w:r>
      <w:proofErr w:type="spellEnd"/>
      <w:r w:rsidRPr="001E66E9">
        <w:rPr>
          <w:rFonts w:ascii="Arial" w:hAnsi="Arial" w:cs="Arial"/>
          <w:sz w:val="22"/>
        </w:rPr>
        <w:t xml:space="preserve"> y </w:t>
      </w:r>
      <w:proofErr w:type="spellStart"/>
      <w:r w:rsidRPr="001E66E9">
        <w:rPr>
          <w:rFonts w:ascii="Arial" w:hAnsi="Arial" w:cs="Arial"/>
          <w:sz w:val="22"/>
        </w:rPr>
        <w:t>resultaron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relevantes</w:t>
      </w:r>
      <w:proofErr w:type="spellEnd"/>
      <w:r w:rsidRPr="001E66E9">
        <w:rPr>
          <w:rFonts w:ascii="Arial" w:hAnsi="Arial" w:cs="Arial"/>
          <w:sz w:val="22"/>
        </w:rPr>
        <w:t xml:space="preserve"> para </w:t>
      </w:r>
      <w:proofErr w:type="spellStart"/>
      <w:r w:rsidRPr="001E66E9">
        <w:rPr>
          <w:rFonts w:ascii="Arial" w:hAnsi="Arial" w:cs="Arial"/>
          <w:sz w:val="22"/>
        </w:rPr>
        <w:t>el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proceso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formativo</w:t>
      </w:r>
      <w:proofErr w:type="spellEnd"/>
      <w:r w:rsidRPr="001E66E9">
        <w:rPr>
          <w:rFonts w:ascii="Arial" w:hAnsi="Arial" w:cs="Arial"/>
          <w:sz w:val="22"/>
        </w:rPr>
        <w:t>):</w:t>
      </w:r>
    </w:p>
    <w:p w14:paraId="36D92D4E" w14:textId="0FD9F840" w:rsidR="008725A3" w:rsidRPr="001E66E9" w:rsidRDefault="00177C4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b/>
          <w:bCs/>
          <w:sz w:val="22"/>
        </w:rPr>
        <w:lastRenderedPageBreak/>
        <w:t>8. Oportunidades de mejora identificadas en su formación profesional:</w:t>
      </w:r>
      <w:r w:rsidRPr="001E66E9">
        <w:rPr>
          <w:rFonts w:ascii="Arial" w:hAnsi="Arial" w:cs="Arial"/>
          <w:b/>
          <w:bCs/>
          <w:sz w:val="22"/>
        </w:rPr>
        <w:br/>
      </w:r>
      <w:r w:rsidRPr="001E66E9">
        <w:rPr>
          <w:rFonts w:ascii="Arial" w:hAnsi="Arial" w:cs="Arial"/>
          <w:sz w:val="22"/>
        </w:rPr>
        <w:t>(</w:t>
      </w:r>
      <w:proofErr w:type="spellStart"/>
      <w:r w:rsidRPr="001E66E9">
        <w:rPr>
          <w:rFonts w:ascii="Arial" w:hAnsi="Arial" w:cs="Arial"/>
          <w:sz w:val="22"/>
        </w:rPr>
        <w:t>Reflexión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crítica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sobre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habilidades</w:t>
      </w:r>
      <w:proofErr w:type="spellEnd"/>
      <w:r w:rsidRPr="001E66E9">
        <w:rPr>
          <w:rFonts w:ascii="Arial" w:hAnsi="Arial" w:cs="Arial"/>
          <w:sz w:val="22"/>
        </w:rPr>
        <w:t xml:space="preserve">, </w:t>
      </w:r>
      <w:proofErr w:type="spellStart"/>
      <w:r w:rsidRPr="001E66E9">
        <w:rPr>
          <w:rFonts w:ascii="Arial" w:hAnsi="Arial" w:cs="Arial"/>
          <w:sz w:val="22"/>
        </w:rPr>
        <w:t>conocimientos</w:t>
      </w:r>
      <w:proofErr w:type="spellEnd"/>
      <w:r w:rsidRPr="001E66E9">
        <w:rPr>
          <w:rFonts w:ascii="Arial" w:hAnsi="Arial" w:cs="Arial"/>
          <w:sz w:val="22"/>
        </w:rPr>
        <w:t xml:space="preserve"> o </w:t>
      </w:r>
      <w:proofErr w:type="spellStart"/>
      <w:r w:rsidRPr="001E66E9">
        <w:rPr>
          <w:rFonts w:ascii="Arial" w:hAnsi="Arial" w:cs="Arial"/>
          <w:sz w:val="22"/>
        </w:rPr>
        <w:t>actitudes</w:t>
      </w:r>
      <w:proofErr w:type="spellEnd"/>
      <w:r w:rsidRPr="001E66E9">
        <w:rPr>
          <w:rFonts w:ascii="Arial" w:hAnsi="Arial" w:cs="Arial"/>
          <w:sz w:val="22"/>
        </w:rPr>
        <w:t xml:space="preserve"> que </w:t>
      </w:r>
      <w:proofErr w:type="spellStart"/>
      <w:r w:rsidRPr="001E66E9">
        <w:rPr>
          <w:rFonts w:ascii="Arial" w:hAnsi="Arial" w:cs="Arial"/>
          <w:sz w:val="22"/>
        </w:rPr>
        <w:t>el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estudiante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necesita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fortalecer</w:t>
      </w:r>
      <w:proofErr w:type="spellEnd"/>
      <w:r w:rsidRPr="001E66E9">
        <w:rPr>
          <w:rFonts w:ascii="Arial" w:hAnsi="Arial" w:cs="Arial"/>
          <w:sz w:val="22"/>
        </w:rPr>
        <w:t>)</w:t>
      </w:r>
      <w:r w:rsidR="008725A3" w:rsidRPr="001E66E9">
        <w:rPr>
          <w:rFonts w:ascii="Arial" w:hAnsi="Arial" w:cs="Arial"/>
          <w:sz w:val="22"/>
        </w:rPr>
        <w:t>.</w:t>
      </w:r>
    </w:p>
    <w:p w14:paraId="4C04277C" w14:textId="77777777" w:rsidR="007C17F8" w:rsidRPr="001E66E9" w:rsidRDefault="00177C42" w:rsidP="001E66E9">
      <w:pPr>
        <w:spacing w:after="0" w:line="480" w:lineRule="auto"/>
        <w:rPr>
          <w:rFonts w:ascii="Arial" w:hAnsi="Arial" w:cs="Arial"/>
          <w:b/>
          <w:bCs/>
          <w:sz w:val="22"/>
        </w:rPr>
      </w:pPr>
      <w:r w:rsidRPr="001E66E9">
        <w:rPr>
          <w:rFonts w:ascii="Arial" w:hAnsi="Arial" w:cs="Arial"/>
          <w:b/>
          <w:bCs/>
          <w:sz w:val="22"/>
        </w:rPr>
        <w:t>9. Recomendaciones:</w:t>
      </w:r>
    </w:p>
    <w:p w14:paraId="566B947D" w14:textId="47012A7A" w:rsidR="007C17F8" w:rsidRPr="001E66E9" w:rsidRDefault="00177C4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a) Para la Institución </w:t>
      </w:r>
      <w:proofErr w:type="spellStart"/>
      <w:r w:rsidR="008725A3" w:rsidRPr="001E66E9">
        <w:rPr>
          <w:rFonts w:ascii="Arial" w:hAnsi="Arial" w:cs="Arial"/>
          <w:sz w:val="22"/>
        </w:rPr>
        <w:t>h</w:t>
      </w:r>
      <w:r w:rsidRPr="001E66E9">
        <w:rPr>
          <w:rFonts w:ascii="Arial" w:hAnsi="Arial" w:cs="Arial"/>
          <w:sz w:val="22"/>
        </w:rPr>
        <w:t>uésped</w:t>
      </w:r>
      <w:proofErr w:type="spellEnd"/>
      <w:r w:rsidRPr="001E66E9">
        <w:rPr>
          <w:rFonts w:ascii="Arial" w:hAnsi="Arial" w:cs="Arial"/>
          <w:sz w:val="22"/>
        </w:rPr>
        <w:t>:</w:t>
      </w:r>
    </w:p>
    <w:p w14:paraId="782C7472" w14:textId="77777777" w:rsidR="007C17F8" w:rsidRPr="001E66E9" w:rsidRDefault="00177C4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>b) Para la Carrera de Biología:</w:t>
      </w:r>
    </w:p>
    <w:p w14:paraId="107F0F4D" w14:textId="2A75E8D8" w:rsidR="008725A3" w:rsidRPr="001E66E9" w:rsidRDefault="00177C4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c) Para </w:t>
      </w:r>
      <w:proofErr w:type="spellStart"/>
      <w:r w:rsidRPr="001E66E9">
        <w:rPr>
          <w:rFonts w:ascii="Arial" w:hAnsi="Arial" w:cs="Arial"/>
          <w:sz w:val="22"/>
        </w:rPr>
        <w:t>futuros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practicantes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en</w:t>
      </w:r>
      <w:proofErr w:type="spellEnd"/>
      <w:r w:rsidRPr="001E66E9">
        <w:rPr>
          <w:rFonts w:ascii="Arial" w:hAnsi="Arial" w:cs="Arial"/>
          <w:sz w:val="22"/>
        </w:rPr>
        <w:t xml:space="preserve"> la </w:t>
      </w:r>
      <w:proofErr w:type="spellStart"/>
      <w:r w:rsidRPr="001E66E9">
        <w:rPr>
          <w:rFonts w:ascii="Arial" w:hAnsi="Arial" w:cs="Arial"/>
          <w:sz w:val="22"/>
        </w:rPr>
        <w:t>institución</w:t>
      </w:r>
      <w:proofErr w:type="spellEnd"/>
      <w:r w:rsidR="008725A3" w:rsidRPr="001E66E9">
        <w:rPr>
          <w:rFonts w:ascii="Arial" w:hAnsi="Arial" w:cs="Arial"/>
          <w:sz w:val="22"/>
        </w:rPr>
        <w:t>.</w:t>
      </w:r>
    </w:p>
    <w:p w14:paraId="17A48506" w14:textId="087269D5" w:rsidR="008725A3" w:rsidRPr="00447DF6" w:rsidRDefault="00F02060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b/>
          <w:bCs/>
          <w:sz w:val="22"/>
        </w:rPr>
        <w:t>1</w:t>
      </w:r>
      <w:r w:rsidR="008725A3" w:rsidRPr="001E66E9">
        <w:rPr>
          <w:rFonts w:ascii="Arial" w:hAnsi="Arial" w:cs="Arial"/>
          <w:b/>
          <w:bCs/>
          <w:sz w:val="22"/>
        </w:rPr>
        <w:t>0</w:t>
      </w:r>
      <w:r w:rsidRPr="001E66E9">
        <w:rPr>
          <w:rFonts w:ascii="Arial" w:hAnsi="Arial" w:cs="Arial"/>
          <w:b/>
          <w:bCs/>
          <w:sz w:val="22"/>
        </w:rPr>
        <w:t xml:space="preserve">. </w:t>
      </w:r>
      <w:proofErr w:type="spellStart"/>
      <w:r w:rsidRPr="001E66E9">
        <w:rPr>
          <w:rFonts w:ascii="Arial" w:hAnsi="Arial" w:cs="Arial"/>
          <w:b/>
          <w:bCs/>
          <w:sz w:val="22"/>
        </w:rPr>
        <w:t>Referencias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bibliográficas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(</w:t>
      </w:r>
      <w:proofErr w:type="spellStart"/>
      <w:r w:rsidRPr="001E66E9">
        <w:rPr>
          <w:rFonts w:ascii="Arial" w:hAnsi="Arial" w:cs="Arial"/>
          <w:b/>
          <w:bCs/>
          <w:sz w:val="22"/>
        </w:rPr>
        <w:t>si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corresponde</w:t>
      </w:r>
      <w:proofErr w:type="spellEnd"/>
      <w:r w:rsidRPr="001E66E9">
        <w:rPr>
          <w:rFonts w:ascii="Arial" w:hAnsi="Arial" w:cs="Arial"/>
          <w:b/>
          <w:bCs/>
          <w:sz w:val="22"/>
        </w:rPr>
        <w:t>):</w:t>
      </w:r>
      <w:r w:rsidRPr="001E66E9">
        <w:rPr>
          <w:rFonts w:ascii="Arial" w:hAnsi="Arial" w:cs="Arial"/>
          <w:sz w:val="22"/>
        </w:rPr>
        <w:br/>
        <w:t xml:space="preserve">Si </w:t>
      </w:r>
      <w:proofErr w:type="spellStart"/>
      <w:r w:rsidRPr="001E66E9">
        <w:rPr>
          <w:rFonts w:ascii="Arial" w:hAnsi="Arial" w:cs="Arial"/>
          <w:sz w:val="22"/>
        </w:rPr>
        <w:t>durante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el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desarrollo</w:t>
      </w:r>
      <w:proofErr w:type="spellEnd"/>
      <w:r w:rsidRPr="001E66E9">
        <w:rPr>
          <w:rFonts w:ascii="Arial" w:hAnsi="Arial" w:cs="Arial"/>
          <w:sz w:val="22"/>
        </w:rPr>
        <w:t xml:space="preserve"> de la </w:t>
      </w:r>
      <w:proofErr w:type="spellStart"/>
      <w:r w:rsidRPr="001E66E9">
        <w:rPr>
          <w:rFonts w:ascii="Arial" w:hAnsi="Arial" w:cs="Arial"/>
          <w:sz w:val="22"/>
        </w:rPr>
        <w:t>práctica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el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estudiante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consultó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documentos</w:t>
      </w:r>
      <w:proofErr w:type="spellEnd"/>
      <w:r w:rsidRPr="001E66E9">
        <w:rPr>
          <w:rFonts w:ascii="Arial" w:hAnsi="Arial" w:cs="Arial"/>
          <w:sz w:val="22"/>
        </w:rPr>
        <w:t xml:space="preserve">, </w:t>
      </w:r>
      <w:proofErr w:type="spellStart"/>
      <w:r w:rsidRPr="001E66E9">
        <w:rPr>
          <w:rFonts w:ascii="Arial" w:hAnsi="Arial" w:cs="Arial"/>
          <w:sz w:val="22"/>
        </w:rPr>
        <w:t>manuales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técnicos</w:t>
      </w:r>
      <w:proofErr w:type="spellEnd"/>
      <w:r w:rsidRPr="001E66E9">
        <w:rPr>
          <w:rFonts w:ascii="Arial" w:hAnsi="Arial" w:cs="Arial"/>
          <w:sz w:val="22"/>
        </w:rPr>
        <w:t xml:space="preserve">, </w:t>
      </w:r>
      <w:proofErr w:type="spellStart"/>
      <w:r w:rsidRPr="001E66E9">
        <w:rPr>
          <w:rFonts w:ascii="Arial" w:hAnsi="Arial" w:cs="Arial"/>
          <w:sz w:val="22"/>
        </w:rPr>
        <w:t>artículos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científicos</w:t>
      </w:r>
      <w:proofErr w:type="spellEnd"/>
      <w:r w:rsidRPr="001E66E9">
        <w:rPr>
          <w:rFonts w:ascii="Arial" w:hAnsi="Arial" w:cs="Arial"/>
          <w:sz w:val="22"/>
        </w:rPr>
        <w:t xml:space="preserve"> o </w:t>
      </w:r>
      <w:proofErr w:type="spellStart"/>
      <w:r w:rsidRPr="001E66E9">
        <w:rPr>
          <w:rFonts w:ascii="Arial" w:hAnsi="Arial" w:cs="Arial"/>
          <w:sz w:val="22"/>
        </w:rPr>
        <w:t>normativas</w:t>
      </w:r>
      <w:proofErr w:type="spellEnd"/>
      <w:r w:rsidRPr="001E66E9">
        <w:rPr>
          <w:rFonts w:ascii="Arial" w:hAnsi="Arial" w:cs="Arial"/>
          <w:sz w:val="22"/>
        </w:rPr>
        <w:t xml:space="preserve">, </w:t>
      </w:r>
      <w:proofErr w:type="spellStart"/>
      <w:r w:rsidRPr="001E66E9">
        <w:rPr>
          <w:rFonts w:ascii="Arial" w:hAnsi="Arial" w:cs="Arial"/>
          <w:sz w:val="22"/>
        </w:rPr>
        <w:t>deben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citarse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aquí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según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el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formato</w:t>
      </w:r>
      <w:proofErr w:type="spellEnd"/>
      <w:r w:rsidRPr="001E66E9">
        <w:rPr>
          <w:rFonts w:ascii="Arial" w:hAnsi="Arial" w:cs="Arial"/>
          <w:sz w:val="22"/>
        </w:rPr>
        <w:t xml:space="preserve"> APA (7.ª </w:t>
      </w:r>
      <w:proofErr w:type="spellStart"/>
      <w:r w:rsidRPr="001E66E9">
        <w:rPr>
          <w:rFonts w:ascii="Arial" w:hAnsi="Arial" w:cs="Arial"/>
          <w:sz w:val="22"/>
        </w:rPr>
        <w:t>edición</w:t>
      </w:r>
      <w:proofErr w:type="spellEnd"/>
      <w:r w:rsidRPr="001E66E9">
        <w:rPr>
          <w:rFonts w:ascii="Arial" w:hAnsi="Arial" w:cs="Arial"/>
          <w:sz w:val="22"/>
        </w:rPr>
        <w:t>).</w:t>
      </w:r>
    </w:p>
    <w:p w14:paraId="453F9464" w14:textId="77777777" w:rsidR="008725A3" w:rsidRPr="001E66E9" w:rsidRDefault="00177C42" w:rsidP="00BD53EC">
      <w:pPr>
        <w:spacing w:after="0"/>
        <w:rPr>
          <w:rFonts w:ascii="Arial" w:hAnsi="Arial" w:cs="Arial"/>
          <w:sz w:val="22"/>
        </w:rPr>
      </w:pPr>
      <w:r w:rsidRPr="001E66E9">
        <w:rPr>
          <w:rFonts w:ascii="Arial" w:hAnsi="Arial" w:cs="Arial"/>
          <w:b/>
          <w:bCs/>
          <w:sz w:val="22"/>
        </w:rPr>
        <w:t>1</w:t>
      </w:r>
      <w:r w:rsidR="008725A3" w:rsidRPr="001E66E9">
        <w:rPr>
          <w:rFonts w:ascii="Arial" w:hAnsi="Arial" w:cs="Arial"/>
          <w:b/>
          <w:bCs/>
          <w:sz w:val="22"/>
        </w:rPr>
        <w:t>1</w:t>
      </w:r>
      <w:r w:rsidRPr="001E66E9">
        <w:rPr>
          <w:rFonts w:ascii="Arial" w:hAnsi="Arial" w:cs="Arial"/>
          <w:b/>
          <w:bCs/>
          <w:sz w:val="22"/>
        </w:rPr>
        <w:t>. Anexos:</w:t>
      </w:r>
      <w:r w:rsidRPr="001E66E9">
        <w:rPr>
          <w:rFonts w:ascii="Arial" w:hAnsi="Arial" w:cs="Arial"/>
          <w:sz w:val="22"/>
        </w:rPr>
        <w:br/>
        <w:t xml:space="preserve">Adjuntar evidencia relacionada con las actividades descritas (fotografías, productos elaborados, informes técnicos, entre otros). </w:t>
      </w:r>
    </w:p>
    <w:p w14:paraId="3611D0E4" w14:textId="2F6769DE" w:rsidR="00F02060" w:rsidRDefault="00177C42" w:rsidP="00BD53EC">
      <w:pPr>
        <w:spacing w:after="0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Cada </w:t>
      </w:r>
      <w:proofErr w:type="spellStart"/>
      <w:r w:rsidRPr="001E66E9">
        <w:rPr>
          <w:rFonts w:ascii="Arial" w:hAnsi="Arial" w:cs="Arial"/>
          <w:sz w:val="22"/>
        </w:rPr>
        <w:t>anexo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debe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estar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identificado</w:t>
      </w:r>
      <w:proofErr w:type="spellEnd"/>
      <w:r w:rsidRPr="001E66E9">
        <w:rPr>
          <w:rFonts w:ascii="Arial" w:hAnsi="Arial" w:cs="Arial"/>
          <w:sz w:val="22"/>
        </w:rPr>
        <w:t xml:space="preserve"> y </w:t>
      </w:r>
      <w:proofErr w:type="spellStart"/>
      <w:r w:rsidRPr="001E66E9">
        <w:rPr>
          <w:rFonts w:ascii="Arial" w:hAnsi="Arial" w:cs="Arial"/>
          <w:sz w:val="22"/>
        </w:rPr>
        <w:t>vinculado</w:t>
      </w:r>
      <w:proofErr w:type="spellEnd"/>
      <w:r w:rsidRPr="001E66E9">
        <w:rPr>
          <w:rFonts w:ascii="Arial" w:hAnsi="Arial" w:cs="Arial"/>
          <w:sz w:val="22"/>
        </w:rPr>
        <w:t xml:space="preserve"> a </w:t>
      </w:r>
      <w:proofErr w:type="spellStart"/>
      <w:r w:rsidRPr="001E66E9">
        <w:rPr>
          <w:rFonts w:ascii="Arial" w:hAnsi="Arial" w:cs="Arial"/>
          <w:sz w:val="22"/>
        </w:rPr>
        <w:t>una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semana</w:t>
      </w:r>
      <w:proofErr w:type="spellEnd"/>
      <w:r w:rsidRPr="001E66E9">
        <w:rPr>
          <w:rFonts w:ascii="Arial" w:hAnsi="Arial" w:cs="Arial"/>
          <w:sz w:val="22"/>
        </w:rPr>
        <w:t xml:space="preserve"> o </w:t>
      </w:r>
      <w:proofErr w:type="spellStart"/>
      <w:r w:rsidRPr="001E66E9">
        <w:rPr>
          <w:rFonts w:ascii="Arial" w:hAnsi="Arial" w:cs="Arial"/>
          <w:sz w:val="22"/>
        </w:rPr>
        <w:t>actividad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específica</w:t>
      </w:r>
      <w:proofErr w:type="spellEnd"/>
      <w:r w:rsidRPr="001E66E9">
        <w:rPr>
          <w:rFonts w:ascii="Arial" w:hAnsi="Arial" w:cs="Arial"/>
          <w:sz w:val="22"/>
        </w:rPr>
        <w:t>.</w:t>
      </w:r>
      <w:r w:rsidR="00DC3518" w:rsidRPr="001E66E9">
        <w:rPr>
          <w:rFonts w:ascii="Arial" w:hAnsi="Arial" w:cs="Arial"/>
          <w:sz w:val="22"/>
        </w:rPr>
        <w:t xml:space="preserve"> Todo </w:t>
      </w:r>
      <w:proofErr w:type="spellStart"/>
      <w:r w:rsidR="00DC3518" w:rsidRPr="001E66E9">
        <w:rPr>
          <w:rFonts w:ascii="Arial" w:hAnsi="Arial" w:cs="Arial"/>
          <w:sz w:val="22"/>
        </w:rPr>
        <w:t>debe</w:t>
      </w:r>
      <w:proofErr w:type="spellEnd"/>
      <w:r w:rsidR="00DC3518" w:rsidRPr="001E66E9">
        <w:rPr>
          <w:rFonts w:ascii="Arial" w:hAnsi="Arial" w:cs="Arial"/>
          <w:sz w:val="22"/>
        </w:rPr>
        <w:t xml:space="preserve"> </w:t>
      </w:r>
      <w:proofErr w:type="spellStart"/>
      <w:r w:rsidR="00DC3518" w:rsidRPr="001E66E9">
        <w:rPr>
          <w:rFonts w:ascii="Arial" w:hAnsi="Arial" w:cs="Arial"/>
          <w:sz w:val="22"/>
        </w:rPr>
        <w:t>venir</w:t>
      </w:r>
      <w:proofErr w:type="spellEnd"/>
      <w:r w:rsidR="00DC3518" w:rsidRPr="001E66E9">
        <w:rPr>
          <w:rFonts w:ascii="Arial" w:hAnsi="Arial" w:cs="Arial"/>
          <w:sz w:val="22"/>
        </w:rPr>
        <w:t xml:space="preserve"> </w:t>
      </w:r>
      <w:proofErr w:type="spellStart"/>
      <w:r w:rsidR="00DC3518" w:rsidRPr="001E66E9">
        <w:rPr>
          <w:rFonts w:ascii="Arial" w:hAnsi="Arial" w:cs="Arial"/>
          <w:sz w:val="22"/>
        </w:rPr>
        <w:t>referenciado</w:t>
      </w:r>
      <w:proofErr w:type="spellEnd"/>
      <w:r w:rsidR="00DC3518" w:rsidRPr="001E66E9">
        <w:rPr>
          <w:rFonts w:ascii="Arial" w:hAnsi="Arial" w:cs="Arial"/>
          <w:sz w:val="22"/>
        </w:rPr>
        <w:t xml:space="preserve"> del </w:t>
      </w:r>
      <w:proofErr w:type="spellStart"/>
      <w:r w:rsidR="00DC3518" w:rsidRPr="001E66E9">
        <w:rPr>
          <w:rFonts w:ascii="Arial" w:hAnsi="Arial" w:cs="Arial"/>
          <w:sz w:val="22"/>
        </w:rPr>
        <w:t>desglose</w:t>
      </w:r>
      <w:proofErr w:type="spellEnd"/>
      <w:r w:rsidR="00DC3518" w:rsidRPr="001E66E9">
        <w:rPr>
          <w:rFonts w:ascii="Arial" w:hAnsi="Arial" w:cs="Arial"/>
          <w:sz w:val="22"/>
        </w:rPr>
        <w:t xml:space="preserve"> de </w:t>
      </w:r>
      <w:proofErr w:type="spellStart"/>
      <w:r w:rsidR="00DC3518" w:rsidRPr="001E66E9">
        <w:rPr>
          <w:rFonts w:ascii="Arial" w:hAnsi="Arial" w:cs="Arial"/>
          <w:sz w:val="22"/>
        </w:rPr>
        <w:t>actividades</w:t>
      </w:r>
      <w:proofErr w:type="spellEnd"/>
      <w:r w:rsidR="00DC3518" w:rsidRPr="001E66E9">
        <w:rPr>
          <w:rFonts w:ascii="Arial" w:hAnsi="Arial" w:cs="Arial"/>
          <w:sz w:val="22"/>
        </w:rPr>
        <w:t>.</w:t>
      </w:r>
    </w:p>
    <w:p w14:paraId="2DA849E3" w14:textId="77777777" w:rsidR="00BD53EC" w:rsidRPr="001E66E9" w:rsidRDefault="00BD53EC" w:rsidP="00BD53EC">
      <w:pPr>
        <w:spacing w:after="0"/>
        <w:rPr>
          <w:rFonts w:ascii="Arial" w:hAnsi="Arial" w:cs="Arial"/>
          <w:sz w:val="22"/>
        </w:rPr>
      </w:pPr>
    </w:p>
    <w:p w14:paraId="648798F0" w14:textId="0FC45B08" w:rsidR="00F02060" w:rsidRPr="001E66E9" w:rsidRDefault="00BD53EC" w:rsidP="001E66E9">
      <w:pPr>
        <w:pStyle w:val="Ttulo2"/>
        <w:spacing w:before="0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hAnsi="Arial" w:cs="Arial"/>
          <w:color w:val="auto"/>
          <w:sz w:val="22"/>
          <w:szCs w:val="22"/>
          <w:highlight w:val="yellow"/>
        </w:rPr>
        <w:t>Ejemplo</w:t>
      </w:r>
      <w:proofErr w:type="spellEnd"/>
      <w:r>
        <w:rPr>
          <w:rFonts w:ascii="Arial" w:hAnsi="Arial" w:cs="Arial"/>
          <w:color w:val="auto"/>
          <w:sz w:val="22"/>
          <w:szCs w:val="22"/>
          <w:highlight w:val="yellow"/>
        </w:rPr>
        <w:t xml:space="preserve"> </w:t>
      </w:r>
      <w:r w:rsidR="00F02060" w:rsidRPr="001E66E9">
        <w:rPr>
          <w:rFonts w:ascii="Arial" w:hAnsi="Arial" w:cs="Arial"/>
          <w:color w:val="auto"/>
          <w:sz w:val="22"/>
          <w:szCs w:val="22"/>
          <w:highlight w:val="yellow"/>
        </w:rPr>
        <w:t>Anexo A.</w:t>
      </w:r>
      <w:r w:rsidR="00F02060" w:rsidRPr="001E66E9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1030E6C" w14:textId="77777777" w:rsidR="00F02060" w:rsidRPr="001E66E9" w:rsidRDefault="00F02060" w:rsidP="001E66E9">
      <w:pPr>
        <w:rPr>
          <w:rFonts w:ascii="Arial" w:hAnsi="Arial" w:cs="Arial"/>
          <w:sz w:val="22"/>
        </w:rPr>
      </w:pPr>
      <w:proofErr w:type="spellStart"/>
      <w:r w:rsidRPr="001E66E9">
        <w:rPr>
          <w:rFonts w:ascii="Arial" w:hAnsi="Arial" w:cs="Arial"/>
          <w:sz w:val="22"/>
        </w:rPr>
        <w:t>Descripción</w:t>
      </w:r>
      <w:proofErr w:type="spellEnd"/>
      <w:r w:rsidRPr="001E66E9">
        <w:rPr>
          <w:rFonts w:ascii="Arial" w:hAnsi="Arial" w:cs="Arial"/>
          <w:sz w:val="22"/>
        </w:rPr>
        <w:t xml:space="preserve"> del </w:t>
      </w:r>
      <w:proofErr w:type="spellStart"/>
      <w:r w:rsidRPr="001E66E9">
        <w:rPr>
          <w:rFonts w:ascii="Arial" w:hAnsi="Arial" w:cs="Arial"/>
          <w:sz w:val="22"/>
        </w:rPr>
        <w:t>anexo</w:t>
      </w:r>
      <w:proofErr w:type="spellEnd"/>
      <w:r w:rsidRPr="001E66E9">
        <w:rPr>
          <w:rFonts w:ascii="Arial" w:hAnsi="Arial" w:cs="Arial"/>
          <w:sz w:val="22"/>
        </w:rPr>
        <w:t>:</w:t>
      </w:r>
    </w:p>
    <w:p w14:paraId="4B910DA5" w14:textId="28B668E3" w:rsidR="008725A3" w:rsidRPr="001E66E9" w:rsidRDefault="008725A3" w:rsidP="00447DF6">
      <w:pPr>
        <w:rPr>
          <w:rFonts w:ascii="Arial" w:hAnsi="Arial" w:cs="Arial"/>
          <w:b/>
          <w:bCs/>
          <w:sz w:val="22"/>
        </w:rPr>
      </w:pPr>
      <w:proofErr w:type="spellStart"/>
      <w:r w:rsidRPr="001E66E9">
        <w:rPr>
          <w:rFonts w:ascii="Arial" w:hAnsi="Arial" w:cs="Arial"/>
          <w:b/>
          <w:bCs/>
          <w:sz w:val="22"/>
        </w:rPr>
        <w:t>Contribuir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en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la </w:t>
      </w:r>
      <w:proofErr w:type="spellStart"/>
      <w:r w:rsidRPr="001E66E9">
        <w:rPr>
          <w:rFonts w:ascii="Arial" w:hAnsi="Arial" w:cs="Arial"/>
          <w:b/>
          <w:bCs/>
          <w:sz w:val="22"/>
        </w:rPr>
        <w:t>actualización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del plan de </w:t>
      </w:r>
      <w:proofErr w:type="spellStart"/>
      <w:r w:rsidRPr="001E66E9">
        <w:rPr>
          <w:rFonts w:ascii="Arial" w:hAnsi="Arial" w:cs="Arial"/>
          <w:b/>
          <w:bCs/>
          <w:sz w:val="22"/>
        </w:rPr>
        <w:t>manejo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 la </w:t>
      </w:r>
      <w:proofErr w:type="spellStart"/>
      <w:r w:rsidRPr="001E66E9">
        <w:rPr>
          <w:rFonts w:ascii="Arial" w:hAnsi="Arial" w:cs="Arial"/>
          <w:b/>
          <w:bCs/>
          <w:sz w:val="22"/>
        </w:rPr>
        <w:t>Reserva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Biológica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Uyuca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, </w:t>
      </w:r>
      <w:proofErr w:type="spellStart"/>
      <w:r w:rsidRPr="001E66E9">
        <w:rPr>
          <w:rFonts w:ascii="Arial" w:hAnsi="Arial" w:cs="Arial"/>
          <w:b/>
          <w:bCs/>
          <w:sz w:val="22"/>
        </w:rPr>
        <w:t>colaborando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con la </w:t>
      </w:r>
      <w:proofErr w:type="spellStart"/>
      <w:r w:rsidRPr="001E66E9">
        <w:rPr>
          <w:rFonts w:ascii="Arial" w:hAnsi="Arial" w:cs="Arial"/>
          <w:b/>
          <w:bCs/>
          <w:sz w:val="22"/>
        </w:rPr>
        <w:t>organización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 </w:t>
      </w:r>
      <w:proofErr w:type="spellStart"/>
      <w:r w:rsidRPr="001E66E9">
        <w:rPr>
          <w:rFonts w:ascii="Arial" w:hAnsi="Arial" w:cs="Arial"/>
          <w:b/>
          <w:bCs/>
          <w:sz w:val="22"/>
        </w:rPr>
        <w:t>reuniones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 consulta </w:t>
      </w:r>
      <w:proofErr w:type="spellStart"/>
      <w:r w:rsidRPr="001E66E9">
        <w:rPr>
          <w:rFonts w:ascii="Arial" w:hAnsi="Arial" w:cs="Arial"/>
          <w:b/>
          <w:bCs/>
          <w:sz w:val="22"/>
        </w:rPr>
        <w:t>participativa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y la </w:t>
      </w:r>
      <w:proofErr w:type="spellStart"/>
      <w:r w:rsidRPr="001E66E9">
        <w:rPr>
          <w:rFonts w:ascii="Arial" w:hAnsi="Arial" w:cs="Arial"/>
          <w:b/>
          <w:bCs/>
          <w:sz w:val="22"/>
        </w:rPr>
        <w:t>revisión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 </w:t>
      </w:r>
      <w:proofErr w:type="spellStart"/>
      <w:r w:rsidRPr="001E66E9">
        <w:rPr>
          <w:rFonts w:ascii="Arial" w:hAnsi="Arial" w:cs="Arial"/>
          <w:b/>
          <w:bCs/>
          <w:sz w:val="22"/>
        </w:rPr>
        <w:t>los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documentos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a </w:t>
      </w:r>
      <w:proofErr w:type="spellStart"/>
      <w:r w:rsidRPr="001E66E9">
        <w:rPr>
          <w:rFonts w:ascii="Arial" w:hAnsi="Arial" w:cs="Arial"/>
          <w:b/>
          <w:bCs/>
          <w:sz w:val="22"/>
        </w:rPr>
        <w:t>presentar</w:t>
      </w:r>
      <w:proofErr w:type="spellEnd"/>
      <w:r w:rsidRPr="001E66E9">
        <w:rPr>
          <w:rFonts w:ascii="Arial" w:hAnsi="Arial" w:cs="Arial"/>
          <w:b/>
          <w:bCs/>
          <w:sz w:val="22"/>
        </w:rPr>
        <w:t>.</w:t>
      </w:r>
    </w:p>
    <w:p w14:paraId="01E79680" w14:textId="72DA15C7" w:rsidR="00F02060" w:rsidRPr="001E66E9" w:rsidRDefault="00F02060" w:rsidP="00447DF6">
      <w:pPr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Semana </w:t>
      </w:r>
      <w:proofErr w:type="spellStart"/>
      <w:r w:rsidRPr="001E66E9">
        <w:rPr>
          <w:rFonts w:ascii="Arial" w:hAnsi="Arial" w:cs="Arial"/>
          <w:sz w:val="22"/>
        </w:rPr>
        <w:t>relacionada</w:t>
      </w:r>
      <w:proofErr w:type="spellEnd"/>
      <w:r w:rsidRPr="001E66E9">
        <w:rPr>
          <w:rFonts w:ascii="Arial" w:hAnsi="Arial" w:cs="Arial"/>
          <w:sz w:val="22"/>
        </w:rPr>
        <w:t xml:space="preserve">: </w:t>
      </w:r>
      <w:r w:rsidR="008725A3" w:rsidRPr="001E66E9">
        <w:rPr>
          <w:rFonts w:ascii="Arial" w:hAnsi="Arial" w:cs="Arial"/>
          <w:sz w:val="22"/>
        </w:rPr>
        <w:t xml:space="preserve"> Semana 1</w:t>
      </w:r>
    </w:p>
    <w:p w14:paraId="160D10FC" w14:textId="5347B1C3" w:rsidR="00F02060" w:rsidRPr="001E66E9" w:rsidRDefault="00F02060" w:rsidP="00447DF6">
      <w:pPr>
        <w:rPr>
          <w:rFonts w:ascii="Arial" w:hAnsi="Arial" w:cs="Arial"/>
          <w:sz w:val="22"/>
        </w:rPr>
      </w:pPr>
      <w:proofErr w:type="spellStart"/>
      <w:r w:rsidRPr="001E66E9">
        <w:rPr>
          <w:rFonts w:ascii="Arial" w:hAnsi="Arial" w:cs="Arial"/>
          <w:sz w:val="22"/>
        </w:rPr>
        <w:lastRenderedPageBreak/>
        <w:t>Actividad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relacionada</w:t>
      </w:r>
      <w:proofErr w:type="spellEnd"/>
      <w:r w:rsidRPr="001E66E9">
        <w:rPr>
          <w:rFonts w:ascii="Arial" w:hAnsi="Arial" w:cs="Arial"/>
          <w:sz w:val="22"/>
        </w:rPr>
        <w:t xml:space="preserve">: </w:t>
      </w:r>
      <w:proofErr w:type="spellStart"/>
      <w:r w:rsidR="008725A3" w:rsidRPr="001E66E9">
        <w:rPr>
          <w:rFonts w:ascii="Arial" w:hAnsi="Arial" w:cs="Arial"/>
          <w:sz w:val="22"/>
        </w:rPr>
        <w:t>Actividad</w:t>
      </w:r>
      <w:proofErr w:type="spellEnd"/>
      <w:r w:rsidR="008725A3" w:rsidRPr="001E66E9">
        <w:rPr>
          <w:rFonts w:ascii="Arial" w:hAnsi="Arial" w:cs="Arial"/>
          <w:sz w:val="22"/>
        </w:rPr>
        <w:t xml:space="preserve"> 2</w:t>
      </w:r>
      <w:r w:rsidRPr="001E66E9">
        <w:rPr>
          <w:rFonts w:ascii="Arial" w:hAnsi="Arial" w:cs="Arial"/>
          <w:sz w:val="22"/>
        </w:rPr>
        <w:br/>
      </w:r>
      <w:r w:rsidR="001E66E9">
        <w:rPr>
          <w:noProof/>
        </w:rPr>
        <w:drawing>
          <wp:inline distT="0" distB="0" distL="0" distR="0" wp14:anchorId="25D1653A" wp14:editId="5337EF1E">
            <wp:extent cx="4371340" cy="2647950"/>
            <wp:effectExtent l="0" t="0" r="0" b="0"/>
            <wp:docPr id="284832477" name="Imagen 5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No hay ninguna descripción de la foto disponible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30" b="7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10" cy="264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15CC1" w14:textId="1FD82C50" w:rsidR="00F02060" w:rsidRPr="001E66E9" w:rsidRDefault="001E66E9" w:rsidP="00447DF6">
      <w:pPr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Fig. </w:t>
      </w:r>
      <w:proofErr w:type="gramStart"/>
      <w:r w:rsidRPr="001E66E9">
        <w:rPr>
          <w:rFonts w:ascii="Arial" w:hAnsi="Arial" w:cs="Arial"/>
          <w:sz w:val="22"/>
        </w:rPr>
        <w:t>1.Taller</w:t>
      </w:r>
      <w:proofErr w:type="gram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participativo</w:t>
      </w:r>
      <w:proofErr w:type="spellEnd"/>
      <w:r w:rsidRPr="001E66E9">
        <w:rPr>
          <w:rFonts w:ascii="Arial" w:hAnsi="Arial" w:cs="Arial"/>
          <w:sz w:val="22"/>
        </w:rPr>
        <w:t xml:space="preserve"> con </w:t>
      </w:r>
      <w:proofErr w:type="spellStart"/>
      <w:r w:rsidRPr="001E66E9">
        <w:rPr>
          <w:rFonts w:ascii="Arial" w:hAnsi="Arial" w:cs="Arial"/>
          <w:sz w:val="22"/>
        </w:rPr>
        <w:t>actores</w:t>
      </w:r>
      <w:proofErr w:type="spellEnd"/>
      <w:r w:rsidRPr="001E66E9">
        <w:rPr>
          <w:rFonts w:ascii="Arial" w:hAnsi="Arial" w:cs="Arial"/>
          <w:sz w:val="22"/>
        </w:rPr>
        <w:t xml:space="preserve"> locales para la </w:t>
      </w:r>
      <w:proofErr w:type="spellStart"/>
      <w:r w:rsidRPr="001E66E9">
        <w:rPr>
          <w:rFonts w:ascii="Arial" w:hAnsi="Arial" w:cs="Arial"/>
          <w:sz w:val="22"/>
        </w:rPr>
        <w:t>revisión</w:t>
      </w:r>
      <w:proofErr w:type="spellEnd"/>
      <w:r w:rsidRPr="001E66E9">
        <w:rPr>
          <w:rFonts w:ascii="Arial" w:hAnsi="Arial" w:cs="Arial"/>
          <w:sz w:val="22"/>
        </w:rPr>
        <w:t xml:space="preserve"> y </w:t>
      </w:r>
      <w:proofErr w:type="spellStart"/>
      <w:r w:rsidRPr="001E66E9">
        <w:rPr>
          <w:rFonts w:ascii="Arial" w:hAnsi="Arial" w:cs="Arial"/>
          <w:sz w:val="22"/>
        </w:rPr>
        <w:t>actualización</w:t>
      </w:r>
      <w:proofErr w:type="spellEnd"/>
      <w:r w:rsidRPr="001E66E9">
        <w:rPr>
          <w:rFonts w:ascii="Arial" w:hAnsi="Arial" w:cs="Arial"/>
          <w:sz w:val="22"/>
        </w:rPr>
        <w:t xml:space="preserve"> del Plan de </w:t>
      </w:r>
      <w:proofErr w:type="spellStart"/>
      <w:r w:rsidRPr="001E66E9">
        <w:rPr>
          <w:rFonts w:ascii="Arial" w:hAnsi="Arial" w:cs="Arial"/>
          <w:sz w:val="22"/>
        </w:rPr>
        <w:t>Manejo</w:t>
      </w:r>
      <w:proofErr w:type="spellEnd"/>
      <w:r w:rsidRPr="001E66E9">
        <w:rPr>
          <w:rFonts w:ascii="Arial" w:hAnsi="Arial" w:cs="Arial"/>
          <w:sz w:val="22"/>
        </w:rPr>
        <w:t xml:space="preserve"> de la </w:t>
      </w:r>
      <w:proofErr w:type="spellStart"/>
      <w:r w:rsidRPr="001E66E9">
        <w:rPr>
          <w:rFonts w:ascii="Arial" w:hAnsi="Arial" w:cs="Arial"/>
          <w:sz w:val="22"/>
        </w:rPr>
        <w:t>Reserva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Biológica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Uyuca</w:t>
      </w:r>
      <w:proofErr w:type="spellEnd"/>
      <w:r w:rsidRPr="001E66E9">
        <w:rPr>
          <w:rFonts w:ascii="Arial" w:hAnsi="Arial" w:cs="Arial"/>
          <w:sz w:val="22"/>
        </w:rPr>
        <w:t xml:space="preserve">. En la imagen se </w:t>
      </w:r>
      <w:proofErr w:type="spellStart"/>
      <w:r w:rsidRPr="001E66E9">
        <w:rPr>
          <w:rFonts w:ascii="Arial" w:hAnsi="Arial" w:cs="Arial"/>
          <w:sz w:val="22"/>
        </w:rPr>
        <w:t>observa</w:t>
      </w:r>
      <w:proofErr w:type="spellEnd"/>
      <w:r w:rsidRPr="001E66E9">
        <w:rPr>
          <w:rFonts w:ascii="Arial" w:hAnsi="Arial" w:cs="Arial"/>
          <w:sz w:val="22"/>
        </w:rPr>
        <w:t xml:space="preserve"> la </w:t>
      </w:r>
      <w:proofErr w:type="spellStart"/>
      <w:r w:rsidRPr="001E66E9">
        <w:rPr>
          <w:rFonts w:ascii="Arial" w:hAnsi="Arial" w:cs="Arial"/>
          <w:sz w:val="22"/>
        </w:rPr>
        <w:t>construcción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colectiva</w:t>
      </w:r>
      <w:proofErr w:type="spellEnd"/>
      <w:r w:rsidRPr="001E66E9">
        <w:rPr>
          <w:rFonts w:ascii="Arial" w:hAnsi="Arial" w:cs="Arial"/>
          <w:sz w:val="22"/>
        </w:rPr>
        <w:t xml:space="preserve"> de </w:t>
      </w:r>
      <w:proofErr w:type="spellStart"/>
      <w:r w:rsidRPr="001E66E9">
        <w:rPr>
          <w:rFonts w:ascii="Arial" w:hAnsi="Arial" w:cs="Arial"/>
          <w:sz w:val="22"/>
        </w:rPr>
        <w:t>propuestas</w:t>
      </w:r>
      <w:proofErr w:type="spellEnd"/>
      <w:r w:rsidRPr="001E66E9">
        <w:rPr>
          <w:rFonts w:ascii="Arial" w:hAnsi="Arial" w:cs="Arial"/>
          <w:sz w:val="22"/>
        </w:rPr>
        <w:t xml:space="preserve"> de </w:t>
      </w:r>
      <w:proofErr w:type="spellStart"/>
      <w:r w:rsidRPr="001E66E9">
        <w:rPr>
          <w:rFonts w:ascii="Arial" w:hAnsi="Arial" w:cs="Arial"/>
          <w:sz w:val="22"/>
        </w:rPr>
        <w:t>zonificación</w:t>
      </w:r>
      <w:proofErr w:type="spellEnd"/>
      <w:r w:rsidRPr="001E66E9">
        <w:rPr>
          <w:rFonts w:ascii="Arial" w:hAnsi="Arial" w:cs="Arial"/>
          <w:sz w:val="22"/>
        </w:rPr>
        <w:t xml:space="preserve"> y </w:t>
      </w:r>
      <w:proofErr w:type="spellStart"/>
      <w:r w:rsidRPr="001E66E9">
        <w:rPr>
          <w:rFonts w:ascii="Arial" w:hAnsi="Arial" w:cs="Arial"/>
          <w:sz w:val="22"/>
        </w:rPr>
        <w:t>prioridades</w:t>
      </w:r>
      <w:proofErr w:type="spellEnd"/>
      <w:r w:rsidRPr="001E66E9">
        <w:rPr>
          <w:rFonts w:ascii="Arial" w:hAnsi="Arial" w:cs="Arial"/>
          <w:sz w:val="22"/>
        </w:rPr>
        <w:t xml:space="preserve"> de </w:t>
      </w:r>
      <w:proofErr w:type="spellStart"/>
      <w:r w:rsidRPr="001E66E9">
        <w:rPr>
          <w:rFonts w:ascii="Arial" w:hAnsi="Arial" w:cs="Arial"/>
          <w:sz w:val="22"/>
        </w:rPr>
        <w:t>conservación</w:t>
      </w:r>
      <w:proofErr w:type="spellEnd"/>
      <w:r w:rsidRPr="001E66E9">
        <w:rPr>
          <w:rFonts w:ascii="Arial" w:hAnsi="Arial" w:cs="Arial"/>
          <w:sz w:val="22"/>
        </w:rPr>
        <w:t xml:space="preserve"> de flora </w:t>
      </w:r>
      <w:proofErr w:type="spellStart"/>
      <w:r w:rsidRPr="001E66E9">
        <w:rPr>
          <w:rFonts w:ascii="Arial" w:hAnsi="Arial" w:cs="Arial"/>
          <w:sz w:val="22"/>
        </w:rPr>
        <w:t>mediante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mapeo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comunitario</w:t>
      </w:r>
      <w:proofErr w:type="spellEnd"/>
      <w:r w:rsidRPr="001E66E9">
        <w:rPr>
          <w:rFonts w:ascii="Arial" w:hAnsi="Arial" w:cs="Arial"/>
          <w:sz w:val="22"/>
        </w:rPr>
        <w:t>.</w:t>
      </w:r>
      <w:r w:rsidRPr="001E66E9">
        <w:rPr>
          <w:rFonts w:ascii="Arial" w:hAnsi="Arial" w:cs="Arial"/>
          <w:sz w:val="22"/>
        </w:rPr>
        <w:br/>
        <w:t xml:space="preserve">Fuente: </w:t>
      </w:r>
      <w:proofErr w:type="spellStart"/>
      <w:r w:rsidRPr="001E66E9">
        <w:rPr>
          <w:rFonts w:ascii="Arial" w:hAnsi="Arial" w:cs="Arial"/>
          <w:sz w:val="22"/>
        </w:rPr>
        <w:t>Elaboración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propia</w:t>
      </w:r>
      <w:proofErr w:type="spellEnd"/>
      <w:r w:rsidRPr="001E66E9">
        <w:rPr>
          <w:rFonts w:ascii="Arial" w:hAnsi="Arial" w:cs="Arial"/>
          <w:sz w:val="22"/>
        </w:rPr>
        <w:t xml:space="preserve"> (Guerrero Medina, 2025).</w:t>
      </w:r>
    </w:p>
    <w:p w14:paraId="62601D58" w14:textId="77777777" w:rsidR="00F02060" w:rsidRPr="001E66E9" w:rsidRDefault="00F02060" w:rsidP="00447DF6">
      <w:pPr>
        <w:rPr>
          <w:rFonts w:ascii="Arial" w:hAnsi="Arial" w:cs="Arial"/>
          <w:sz w:val="22"/>
        </w:rPr>
      </w:pPr>
      <w:proofErr w:type="spellStart"/>
      <w:r w:rsidRPr="001E66E9">
        <w:rPr>
          <w:rFonts w:ascii="Arial" w:hAnsi="Arial" w:cs="Arial"/>
          <w:sz w:val="22"/>
        </w:rPr>
        <w:t>Observaciones</w:t>
      </w:r>
      <w:proofErr w:type="spellEnd"/>
      <w:r w:rsidRPr="001E66E9">
        <w:rPr>
          <w:rFonts w:ascii="Arial" w:hAnsi="Arial" w:cs="Arial"/>
          <w:sz w:val="22"/>
        </w:rPr>
        <w:t>:</w:t>
      </w:r>
    </w:p>
    <w:p w14:paraId="20E82BD4" w14:textId="79B1D47B" w:rsidR="00F02060" w:rsidRDefault="00DC3518" w:rsidP="001E66E9">
      <w:pPr>
        <w:spacing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>Anexo B.</w:t>
      </w:r>
    </w:p>
    <w:p w14:paraId="1E7689CD" w14:textId="5B1775A1" w:rsidR="00DC3518" w:rsidRPr="001E66E9" w:rsidRDefault="00DC3518" w:rsidP="001E66E9">
      <w:pPr>
        <w:spacing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>Anexo C.</w:t>
      </w:r>
    </w:p>
    <w:sectPr w:rsidR="00DC3518" w:rsidRPr="001E66E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5E6C1B"/>
    <w:multiLevelType w:val="multilevel"/>
    <w:tmpl w:val="927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152B0"/>
    <w:multiLevelType w:val="multilevel"/>
    <w:tmpl w:val="CDB0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917862"/>
    <w:multiLevelType w:val="multilevel"/>
    <w:tmpl w:val="AC7CB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A835DF"/>
    <w:multiLevelType w:val="hybridMultilevel"/>
    <w:tmpl w:val="7EEC88F2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86AB1"/>
    <w:multiLevelType w:val="multilevel"/>
    <w:tmpl w:val="8B2E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110008">
    <w:abstractNumId w:val="8"/>
  </w:num>
  <w:num w:numId="2" w16cid:durableId="807750277">
    <w:abstractNumId w:val="6"/>
  </w:num>
  <w:num w:numId="3" w16cid:durableId="132912543">
    <w:abstractNumId w:val="5"/>
  </w:num>
  <w:num w:numId="4" w16cid:durableId="1690061533">
    <w:abstractNumId w:val="4"/>
  </w:num>
  <w:num w:numId="5" w16cid:durableId="824590479">
    <w:abstractNumId w:val="7"/>
  </w:num>
  <w:num w:numId="6" w16cid:durableId="1935360944">
    <w:abstractNumId w:val="3"/>
  </w:num>
  <w:num w:numId="7" w16cid:durableId="805851316">
    <w:abstractNumId w:val="2"/>
  </w:num>
  <w:num w:numId="8" w16cid:durableId="2056999137">
    <w:abstractNumId w:val="1"/>
  </w:num>
  <w:num w:numId="9" w16cid:durableId="432095251">
    <w:abstractNumId w:val="0"/>
  </w:num>
  <w:num w:numId="10" w16cid:durableId="926965993">
    <w:abstractNumId w:val="13"/>
  </w:num>
  <w:num w:numId="11" w16cid:durableId="1952125645">
    <w:abstractNumId w:val="10"/>
  </w:num>
  <w:num w:numId="12" w16cid:durableId="1567257154">
    <w:abstractNumId w:val="11"/>
  </w:num>
  <w:num w:numId="13" w16cid:durableId="1840923186">
    <w:abstractNumId w:val="9"/>
  </w:num>
  <w:num w:numId="14" w16cid:durableId="5126513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0E4"/>
    <w:rsid w:val="0015074B"/>
    <w:rsid w:val="00177C42"/>
    <w:rsid w:val="001E66E9"/>
    <w:rsid w:val="001F6B07"/>
    <w:rsid w:val="002001CD"/>
    <w:rsid w:val="00212284"/>
    <w:rsid w:val="0023326D"/>
    <w:rsid w:val="0029639D"/>
    <w:rsid w:val="00326F90"/>
    <w:rsid w:val="00345E2E"/>
    <w:rsid w:val="003D56F0"/>
    <w:rsid w:val="00417C29"/>
    <w:rsid w:val="00447DF6"/>
    <w:rsid w:val="005F050E"/>
    <w:rsid w:val="006869A6"/>
    <w:rsid w:val="00695497"/>
    <w:rsid w:val="0070504A"/>
    <w:rsid w:val="007540DA"/>
    <w:rsid w:val="00755366"/>
    <w:rsid w:val="0076748E"/>
    <w:rsid w:val="007C17F8"/>
    <w:rsid w:val="008171DB"/>
    <w:rsid w:val="008302B7"/>
    <w:rsid w:val="008725A3"/>
    <w:rsid w:val="008F6D3C"/>
    <w:rsid w:val="00976BCE"/>
    <w:rsid w:val="00AA1D8D"/>
    <w:rsid w:val="00AE0CDB"/>
    <w:rsid w:val="00AE7EFE"/>
    <w:rsid w:val="00B05D0D"/>
    <w:rsid w:val="00B10488"/>
    <w:rsid w:val="00B32C5F"/>
    <w:rsid w:val="00B47730"/>
    <w:rsid w:val="00BB5B6F"/>
    <w:rsid w:val="00BC0A51"/>
    <w:rsid w:val="00BD53EC"/>
    <w:rsid w:val="00C47592"/>
    <w:rsid w:val="00CB0664"/>
    <w:rsid w:val="00DC3518"/>
    <w:rsid w:val="00E2654E"/>
    <w:rsid w:val="00E85E4D"/>
    <w:rsid w:val="00F02060"/>
    <w:rsid w:val="00F37C5D"/>
    <w:rsid w:val="00F66B2F"/>
    <w:rsid w:val="00F95CCF"/>
    <w:rsid w:val="00FB43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CBEB5A5"/>
  <w14:defaultImageDpi w14:val="330"/>
  <w15:docId w15:val="{A1400F8D-03B7-4B7F-9A17-231440FF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673</Words>
  <Characters>4260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PPS</dc:title>
  <dc:subject/>
  <dc:creator>python-docx;Eydi Yanina Guerrero</dc:creator>
  <cp:keywords>Formato Primer Informe PPS Biologia</cp:keywords>
  <dc:description>generated by python-docx</dc:description>
  <cp:lastModifiedBy>SAULO JOUSPHE ROMERO GARCIA</cp:lastModifiedBy>
  <cp:revision>22</cp:revision>
  <dcterms:created xsi:type="dcterms:W3CDTF">2026-09-03T18:32:00Z</dcterms:created>
  <dcterms:modified xsi:type="dcterms:W3CDTF">2026-09-04T16:05:00Z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e897b3d2-b826-46dc-8c46-e3d1f4adb892</vt:lpwstr>
  </property>
</Properties>
</file>